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autofit"/>
        <w:tblLook w:firstColumn="1" w:firstRow="1" w:lastColumn="0" w:lastRow="0" w:noHBand="0" w:noVBand="1" w:val="04A0"/>
      </w:tblPr>
      <w:tblGrid>
        <w:gridCol w:w="10166"/>
      </w:tblGrid>
      <w:tr>
        <w:tc>
          <w:tcPr>
            <w:tcW w:type="dxa" w:w="10166"/>
            <w:shd w:fill="C8102E"/>
            <w:vAlign w:val="center"/>
            <w:tcMar>
              <w:top w:w="90" w:type="dxa"/>
              <w:start w:w="110" w:type="dxa"/>
              <w:bottom w:w="90" w:type="dxa"/>
              <w:end w:w="110" w:type="dxa"/>
            </w:tcMar>
          </w:tcPr>
          <w:p>
            <w:r/>
            <w:r>
              <w:rPr>
                <w:rFonts w:ascii="Arial" w:hAnsi="Arial"/>
                <w:b/>
                <w:color w:val="FFFFFF"/>
                <w:sz w:val="18"/>
              </w:rPr>
              <w:t>BỘ BÀN GIAO SẢN XUẤT SLIDE</w:t>
            </w:r>
          </w:p>
        </w:tc>
      </w:tr>
    </w:tbl>
    <w:p>
      <w:pPr>
        <w:pStyle w:val="Title"/>
        <w:jc w:val="left"/>
      </w:pPr>
      <w:r>
        <w:t>MEMBER PRESENTATION BNI</w:t>
        <w:br/>
        <w:t>8 PHÚT</w:t>
      </w:r>
    </w:p>
    <w:p>
      <w:pPr>
        <w:pStyle w:val="Heading1"/>
        <w:spacing w:before="240"/>
      </w:pPr>
      <w:r>
        <w:t>VŨ THỊ DOAN</w:t>
      </w:r>
    </w:p>
    <w:p>
      <w:r>
        <w:rPr>
          <w:rFonts w:ascii="Arial" w:hAnsi="Arial"/>
          <w:b/>
          <w:color w:val="202124"/>
          <w:sz w:val="34"/>
        </w:rPr>
        <w:t>XÂY DỰNG DOANH NGHIỆP HẠNH PHÚC</w:t>
      </w:r>
    </w:p>
    <w:p>
      <w:pPr>
        <w:pStyle w:val="SmallNote"/>
      </w:pPr>
      <w:r>
        <w:br/>
        <w:t>Tài liệu dành cho trợ lý thiết kế và người duyệt nội dung</w:t>
      </w:r>
    </w:p>
    <w:p>
      <w:r>
        <w:br/>
      </w:r>
    </w:p>
    <w:tbl>
      <w:tblPr>
        <w:tblW w:type="auto" w:w="0"/>
        <w:jc w:val="center"/>
        <w:tblLook w:firstColumn="1" w:firstRow="1" w:lastColumn="0" w:lastRow="0" w:noHBand="0" w:noVBand="1" w:val="04A0"/>
      </w:tblPr>
      <w:tblGrid>
        <w:gridCol w:w="10166"/>
      </w:tblGrid>
      <w:tr>
        <w:tc>
          <w:tcPr>
            <w:tcW w:type="dxa" w:w="10166"/>
            <w:shd w:fill="C8102E"/>
            <w:vAlign w:val="center"/>
            <w:tcMar>
              <w:top w:w="90" w:type="dxa"/>
              <w:start w:w="110" w:type="dxa"/>
              <w:bottom w:w="90" w:type="dxa"/>
              <w:end w:w="110" w:type="dxa"/>
            </w:tcMar>
          </w:tcPr>
          <w:p>
            <w:pPr>
              <w:jc w:val="center"/>
            </w:pPr>
            <w:r/>
            <w:r>
              <w:rPr>
                <w:rFonts w:ascii="Arial" w:hAnsi="Arial"/>
                <w:b/>
                <w:color w:val="FFFFFF"/>
                <w:sz w:val="26"/>
              </w:rPr>
              <w:t>01 PHÚT  |  ĐỊNH VỊ CON NGƯỜI</w:t>
            </w:r>
          </w:p>
        </w:tc>
      </w:tr>
      <w:tr>
        <w:tc>
          <w:tcPr>
            <w:tcW w:type="dxa" w:w="10166"/>
            <w:shd w:fill="202124"/>
            <w:vAlign w:val="center"/>
            <w:tcMar>
              <w:top w:w="90" w:type="dxa"/>
              <w:start w:w="110" w:type="dxa"/>
              <w:bottom w:w="90" w:type="dxa"/>
              <w:end w:w="110" w:type="dxa"/>
            </w:tcMar>
          </w:tcPr>
          <w:p>
            <w:pPr>
              <w:jc w:val="center"/>
            </w:pPr>
            <w:r/>
            <w:r>
              <w:rPr>
                <w:rFonts w:ascii="Arial" w:hAnsi="Arial"/>
                <w:b/>
                <w:color w:val="FFFFFF"/>
                <w:sz w:val="26"/>
              </w:rPr>
              <w:t>06 PHÚT  |  HÀNH TRÌNH GIÁ TRỊ</w:t>
            </w:r>
          </w:p>
        </w:tc>
      </w:tr>
      <w:tr>
        <w:tc>
          <w:tcPr>
            <w:tcW w:type="dxa" w:w="10166"/>
            <w:shd w:fill="C7A76C"/>
            <w:vAlign w:val="center"/>
            <w:tcMar>
              <w:top w:w="90" w:type="dxa"/>
              <w:start w:w="110" w:type="dxa"/>
              <w:bottom w:w="90" w:type="dxa"/>
              <w:end w:w="110" w:type="dxa"/>
            </w:tcMar>
          </w:tcPr>
          <w:p>
            <w:pPr>
              <w:jc w:val="center"/>
            </w:pPr>
            <w:r/>
            <w:r>
              <w:rPr>
                <w:rFonts w:ascii="Arial" w:hAnsi="Arial"/>
                <w:b/>
                <w:color w:val="FFFFFF"/>
                <w:sz w:val="26"/>
              </w:rPr>
              <w:t>01 PHÚT  |  REFERRAL &amp; ĐỐI TÁC</w:t>
            </w:r>
          </w:p>
        </w:tc>
      </w:tr>
    </w:tbl>
    <w:p>
      <w:pPr>
        <w:pStyle w:val="SmallNote"/>
      </w:pPr>
      <w:r>
        <w:br/>
        <w:t>Phiên bản bàn giao: 18/09/2026</w:t>
      </w:r>
    </w:p>
    <w:p>
      <w:r>
        <w:br w:type="page"/>
      </w:r>
    </w:p>
    <w:p>
      <w:pPr>
        <w:pStyle w:val="Heading1"/>
      </w:pPr>
      <w:r>
        <w:t>1. Kết quả cần đạt sau 8 phút</w:t>
      </w:r>
    </w:p>
    <w:p>
      <w:r>
        <w:t>Người nghe cần nhớ đúng bốn điều sau:</w:t>
      </w:r>
    </w:p>
    <w:tbl>
      <w:tblPr>
        <w:tblW w:type="auto" w:w="0"/>
        <w:jc w:val="center"/>
        <w:tblLayout w:type="fixed"/>
        <w:tblLook w:firstColumn="1" w:firstRow="1" w:lastColumn="0" w:lastRow="0" w:noHBand="0" w:noVBand="1" w:val="04A0"/>
      </w:tblPr>
      <w:tblGrid>
        <w:gridCol w:w="792"/>
        <w:gridCol w:w="9072"/>
      </w:tblGrid>
      <w:tr>
        <w:tc>
          <w:tcPr>
            <w:tcW w:type="dxa" w:w="5083"/>
            <w:shd w:fill="C8102E"/>
            <w:vAlign w:val="center"/>
            <w:tcMar>
              <w:top w:w="90" w:type="dxa"/>
              <w:start w:w="110" w:type="dxa"/>
              <w:bottom w:w="90" w:type="dxa"/>
              <w:end w:w="110" w:type="dxa"/>
            </w:tcMar>
          </w:tcPr>
          <w:p>
            <w:pPr>
              <w:jc w:val="center"/>
            </w:pPr>
            <w:r/>
            <w:r>
              <w:rPr>
                <w:rFonts w:ascii="Arial" w:hAnsi="Arial"/>
                <w:b/>
                <w:color w:val="FFFFFF"/>
                <w:sz w:val="24"/>
              </w:rPr>
              <w:t>01</w:t>
            </w:r>
          </w:p>
        </w:tc>
        <w:tc>
          <w:tcPr>
            <w:tcW w:type="dxa" w:w="5083"/>
            <w:shd w:fill="F4F5F7"/>
            <w:vAlign w:val="center"/>
            <w:tcMar>
              <w:top w:w="90" w:type="dxa"/>
              <w:start w:w="110" w:type="dxa"/>
              <w:bottom w:w="90" w:type="dxa"/>
              <w:end w:w="110" w:type="dxa"/>
            </w:tcMar>
          </w:tcPr>
          <w:p>
            <w:r/>
            <w:r>
              <w:rPr>
                <w:rFonts w:ascii="Arial" w:hAnsi="Arial"/>
                <w:b/>
                <w:color w:val="202124"/>
                <w:sz w:val="20"/>
              </w:rPr>
              <w:t>Vũ Thị Doan là chuyên gia huấn luyện và phát triển con người.</w:t>
            </w:r>
          </w:p>
        </w:tc>
      </w:tr>
    </w:tbl>
    <w:p>
      <w:pPr>
        <w:spacing w:after="0"/>
      </w:pPr>
    </w:p>
    <w:tbl>
      <w:tblPr>
        <w:tblW w:type="auto" w:w="0"/>
        <w:jc w:val="center"/>
        <w:tblLayout w:type="fixed"/>
        <w:tblLook w:firstColumn="1" w:firstRow="1" w:lastColumn="0" w:lastRow="0" w:noHBand="0" w:noVBand="1" w:val="04A0"/>
      </w:tblPr>
      <w:tblGrid>
        <w:gridCol w:w="792"/>
        <w:gridCol w:w="9072"/>
      </w:tblGrid>
      <w:tr>
        <w:tc>
          <w:tcPr>
            <w:tcW w:type="dxa" w:w="5083"/>
            <w:shd w:fill="C8102E"/>
            <w:vAlign w:val="center"/>
            <w:tcMar>
              <w:top w:w="90" w:type="dxa"/>
              <w:start w:w="110" w:type="dxa"/>
              <w:bottom w:w="90" w:type="dxa"/>
              <w:end w:w="110" w:type="dxa"/>
            </w:tcMar>
          </w:tcPr>
          <w:p>
            <w:pPr>
              <w:jc w:val="center"/>
            </w:pPr>
            <w:r/>
            <w:r>
              <w:rPr>
                <w:rFonts w:ascii="Arial" w:hAnsi="Arial"/>
                <w:b/>
                <w:color w:val="FFFFFF"/>
                <w:sz w:val="24"/>
              </w:rPr>
              <w:t>02</w:t>
            </w:r>
          </w:p>
        </w:tc>
        <w:tc>
          <w:tcPr>
            <w:tcW w:type="dxa" w:w="5083"/>
            <w:shd w:fill="F4F5F7"/>
            <w:vAlign w:val="center"/>
            <w:tcMar>
              <w:top w:w="90" w:type="dxa"/>
              <w:start w:w="110" w:type="dxa"/>
              <w:bottom w:w="90" w:type="dxa"/>
              <w:end w:w="110" w:type="dxa"/>
            </w:tcMar>
          </w:tcPr>
          <w:p>
            <w:r/>
            <w:r>
              <w:rPr>
                <w:rFonts w:ascii="Arial" w:hAnsi="Arial"/>
                <w:b w:val="0"/>
                <w:color w:val="202124"/>
                <w:sz w:val="20"/>
              </w:rPr>
              <w:t>Bản đồ Thần số học là điểm khởi đầu để khám phá và thấu hiểu bản thân. Công cụ không quyết định số phận.</w:t>
            </w:r>
          </w:p>
        </w:tc>
      </w:tr>
    </w:tbl>
    <w:p>
      <w:pPr>
        <w:spacing w:after="0"/>
      </w:pPr>
    </w:p>
    <w:tbl>
      <w:tblPr>
        <w:tblW w:type="auto" w:w="0"/>
        <w:jc w:val="center"/>
        <w:tblLayout w:type="fixed"/>
        <w:tblLook w:firstColumn="1" w:firstRow="1" w:lastColumn="0" w:lastRow="0" w:noHBand="0" w:noVBand="1" w:val="04A0"/>
      </w:tblPr>
      <w:tblGrid>
        <w:gridCol w:w="792"/>
        <w:gridCol w:w="9072"/>
      </w:tblGrid>
      <w:tr>
        <w:tc>
          <w:tcPr>
            <w:tcW w:type="dxa" w:w="5083"/>
            <w:shd w:fill="C8102E"/>
            <w:vAlign w:val="center"/>
            <w:tcMar>
              <w:top w:w="90" w:type="dxa"/>
              <w:start w:w="110" w:type="dxa"/>
              <w:bottom w:w="90" w:type="dxa"/>
              <w:end w:w="110" w:type="dxa"/>
            </w:tcMar>
          </w:tcPr>
          <w:p>
            <w:pPr>
              <w:jc w:val="center"/>
            </w:pPr>
            <w:r/>
            <w:r>
              <w:rPr>
                <w:rFonts w:ascii="Arial" w:hAnsi="Arial"/>
                <w:b/>
                <w:color w:val="FFFFFF"/>
                <w:sz w:val="24"/>
              </w:rPr>
              <w:t>03</w:t>
            </w:r>
          </w:p>
        </w:tc>
        <w:tc>
          <w:tcPr>
            <w:tcW w:type="dxa" w:w="5083"/>
            <w:shd w:fill="F4F5F7"/>
            <w:vAlign w:val="center"/>
            <w:tcMar>
              <w:top w:w="90" w:type="dxa"/>
              <w:start w:w="110" w:type="dxa"/>
              <w:bottom w:w="90" w:type="dxa"/>
              <w:end w:w="110" w:type="dxa"/>
            </w:tcMar>
          </w:tcPr>
          <w:p>
            <w:r/>
            <w:r>
              <w:rPr>
                <w:rFonts w:ascii="Arial" w:hAnsi="Arial"/>
                <w:b w:val="0"/>
                <w:color w:val="202124"/>
                <w:sz w:val="20"/>
              </w:rPr>
              <w:t>Sau Bản đồ là một hệ sinh thái đào tạo liên tục, không phải một sản phẩm dùng một lần.</w:t>
            </w:r>
          </w:p>
        </w:tc>
      </w:tr>
    </w:tbl>
    <w:p>
      <w:pPr>
        <w:spacing w:after="0"/>
      </w:pPr>
    </w:p>
    <w:tbl>
      <w:tblPr>
        <w:tblW w:type="auto" w:w="0"/>
        <w:jc w:val="center"/>
        <w:tblLayout w:type="fixed"/>
        <w:tblLook w:firstColumn="1" w:firstRow="1" w:lastColumn="0" w:lastRow="0" w:noHBand="0" w:noVBand="1" w:val="04A0"/>
      </w:tblPr>
      <w:tblGrid>
        <w:gridCol w:w="792"/>
        <w:gridCol w:w="9072"/>
      </w:tblGrid>
      <w:tr>
        <w:tc>
          <w:tcPr>
            <w:tcW w:type="dxa" w:w="5083"/>
            <w:shd w:fill="C8102E"/>
            <w:vAlign w:val="center"/>
            <w:tcMar>
              <w:top w:w="90" w:type="dxa"/>
              <w:start w:w="110" w:type="dxa"/>
              <w:bottom w:w="90" w:type="dxa"/>
              <w:end w:w="110" w:type="dxa"/>
            </w:tcMar>
          </w:tcPr>
          <w:p>
            <w:pPr>
              <w:jc w:val="center"/>
            </w:pPr>
            <w:r/>
            <w:r>
              <w:rPr>
                <w:rFonts w:ascii="Arial" w:hAnsi="Arial"/>
                <w:b/>
                <w:color w:val="FFFFFF"/>
                <w:sz w:val="24"/>
              </w:rPr>
              <w:t>04</w:t>
            </w:r>
          </w:p>
        </w:tc>
        <w:tc>
          <w:tcPr>
            <w:tcW w:type="dxa" w:w="5083"/>
            <w:shd w:fill="F4F5F7"/>
            <w:vAlign w:val="center"/>
            <w:tcMar>
              <w:top w:w="90" w:type="dxa"/>
              <w:start w:w="110" w:type="dxa"/>
              <w:bottom w:w="90" w:type="dxa"/>
              <w:end w:w="110" w:type="dxa"/>
            </w:tcMar>
          </w:tcPr>
          <w:p>
            <w:r/>
            <w:r>
              <w:rPr>
                <w:rFonts w:ascii="Arial" w:hAnsi="Arial"/>
                <w:b/>
                <w:color w:val="202124"/>
                <w:sz w:val="20"/>
              </w:rPr>
              <w:t>Họ biết chính xác khách hàng và đối tác nào cần giới thiệu cho Vũ Thị Doan.</w:t>
            </w:r>
          </w:p>
        </w:tc>
      </w:tr>
    </w:tbl>
    <w:p>
      <w:pPr>
        <w:spacing w:after="0"/>
      </w:pPr>
    </w:p>
    <w:p>
      <w:pPr>
        <w:pStyle w:val="Heading1"/>
      </w:pPr>
      <w:r>
        <w:t>2. Logic kể chuyện 1–6–1</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PHẦN</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THỜI GIAN</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SLIDE</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NHIỆM VỤ</w:t>
            </w:r>
          </w:p>
        </w:tc>
      </w:tr>
      <w:tr>
        <w:tc>
          <w:tcPr>
            <w:tcW w:type="dxa" w:w="2541"/>
            <w:shd w:fill="F4F5F7"/>
            <w:vAlign w:val="center"/>
            <w:tcMar>
              <w:top w:w="90" w:type="dxa"/>
              <w:start w:w="110" w:type="dxa"/>
              <w:bottom w:w="90" w:type="dxa"/>
              <w:end w:w="110" w:type="dxa"/>
            </w:tcMar>
          </w:tcPr>
          <w:p>
            <w:r/>
            <w:r>
              <w:rPr>
                <w:rFonts w:ascii="Arial" w:hAnsi="Arial"/>
                <w:b/>
                <w:color w:val="202124"/>
                <w:sz w:val="18"/>
              </w:rPr>
              <w:t>Mở</w:t>
            </w:r>
          </w:p>
        </w:tc>
        <w:tc>
          <w:tcPr>
            <w:tcW w:type="dxa" w:w="2541"/>
            <w:shd w:fill="F4F5F7"/>
            <w:vAlign w:val="center"/>
            <w:tcMar>
              <w:top w:w="90" w:type="dxa"/>
              <w:start w:w="110" w:type="dxa"/>
              <w:bottom w:w="90" w:type="dxa"/>
              <w:end w:w="110" w:type="dxa"/>
            </w:tcMar>
          </w:tcPr>
          <w:p>
            <w:r/>
            <w:r>
              <w:rPr>
                <w:rFonts w:ascii="Arial" w:hAnsi="Arial"/>
                <w:b w:val="0"/>
                <w:color w:val="202124"/>
                <w:sz w:val="18"/>
              </w:rPr>
              <w:t>1:00</w:t>
            </w:r>
          </w:p>
        </w:tc>
        <w:tc>
          <w:tcPr>
            <w:tcW w:type="dxa" w:w="2541"/>
            <w:shd w:fill="F4F5F7"/>
            <w:vAlign w:val="center"/>
            <w:tcMar>
              <w:top w:w="90" w:type="dxa"/>
              <w:start w:w="110" w:type="dxa"/>
              <w:bottom w:w="90" w:type="dxa"/>
              <w:end w:w="110" w:type="dxa"/>
            </w:tcMar>
          </w:tcPr>
          <w:p>
            <w:r/>
            <w:r>
              <w:rPr>
                <w:rFonts w:ascii="Arial" w:hAnsi="Arial"/>
                <w:b w:val="0"/>
                <w:color w:val="202124"/>
                <w:sz w:val="18"/>
              </w:rPr>
              <w:t>1</w:t>
            </w:r>
          </w:p>
        </w:tc>
        <w:tc>
          <w:tcPr>
            <w:tcW w:type="dxa" w:w="2541"/>
            <w:shd w:fill="F4F5F7"/>
            <w:vAlign w:val="center"/>
            <w:tcMar>
              <w:top w:w="90" w:type="dxa"/>
              <w:start w:w="110" w:type="dxa"/>
              <w:bottom w:w="90" w:type="dxa"/>
              <w:end w:w="110" w:type="dxa"/>
            </w:tcMar>
          </w:tcPr>
          <w:p>
            <w:r/>
            <w:r>
              <w:rPr>
                <w:rFonts w:ascii="Arial" w:hAnsi="Arial"/>
                <w:b w:val="0"/>
                <w:color w:val="202124"/>
                <w:sz w:val="18"/>
              </w:rPr>
              <w:t>Bán con người, uy tín và định vị.</w:t>
            </w:r>
          </w:p>
        </w:tc>
      </w:tr>
      <w:tr>
        <w:tc>
          <w:tcPr>
            <w:tcW w:type="dxa" w:w="2541"/>
            <w:shd w:fill="FFFFFF"/>
            <w:vAlign w:val="center"/>
            <w:tcMar>
              <w:top w:w="90" w:type="dxa"/>
              <w:start w:w="110" w:type="dxa"/>
              <w:bottom w:w="90" w:type="dxa"/>
              <w:end w:w="110" w:type="dxa"/>
            </w:tcMar>
          </w:tcPr>
          <w:p>
            <w:r/>
            <w:r>
              <w:rPr>
                <w:rFonts w:ascii="Arial" w:hAnsi="Arial"/>
                <w:b/>
                <w:color w:val="202124"/>
                <w:sz w:val="18"/>
              </w:rPr>
              <w:t>Thân</w:t>
            </w:r>
          </w:p>
        </w:tc>
        <w:tc>
          <w:tcPr>
            <w:tcW w:type="dxa" w:w="2541"/>
            <w:shd w:fill="FFFFFF"/>
            <w:vAlign w:val="center"/>
            <w:tcMar>
              <w:top w:w="90" w:type="dxa"/>
              <w:start w:w="110" w:type="dxa"/>
              <w:bottom w:w="90" w:type="dxa"/>
              <w:end w:w="110" w:type="dxa"/>
            </w:tcMar>
          </w:tcPr>
          <w:p>
            <w:r/>
            <w:r>
              <w:rPr>
                <w:rFonts w:ascii="Arial" w:hAnsi="Arial"/>
                <w:b w:val="0"/>
                <w:color w:val="202124"/>
                <w:sz w:val="18"/>
              </w:rPr>
              <w:t>6:00</w:t>
            </w:r>
          </w:p>
        </w:tc>
        <w:tc>
          <w:tcPr>
            <w:tcW w:type="dxa" w:w="2541"/>
            <w:shd w:fill="FFFFFF"/>
            <w:vAlign w:val="center"/>
            <w:tcMar>
              <w:top w:w="90" w:type="dxa"/>
              <w:start w:w="110" w:type="dxa"/>
              <w:bottom w:w="90" w:type="dxa"/>
              <w:end w:w="110" w:type="dxa"/>
            </w:tcMar>
          </w:tcPr>
          <w:p>
            <w:r/>
            <w:r>
              <w:rPr>
                <w:rFonts w:ascii="Arial" w:hAnsi="Arial"/>
                <w:b w:val="0"/>
                <w:color w:val="202124"/>
                <w:sz w:val="18"/>
              </w:rPr>
              <w:t>2–7</w:t>
            </w:r>
          </w:p>
        </w:tc>
        <w:tc>
          <w:tcPr>
            <w:tcW w:type="dxa" w:w="2541"/>
            <w:shd w:fill="FFFFFF"/>
            <w:vAlign w:val="center"/>
            <w:tcMar>
              <w:top w:w="90" w:type="dxa"/>
              <w:start w:w="110" w:type="dxa"/>
              <w:bottom w:w="90" w:type="dxa"/>
              <w:end w:w="110" w:type="dxa"/>
            </w:tcMar>
          </w:tcPr>
          <w:p>
            <w:r/>
            <w:r>
              <w:rPr>
                <w:rFonts w:ascii="Arial" w:hAnsi="Arial"/>
                <w:b w:val="0"/>
                <w:color w:val="202124"/>
                <w:sz w:val="18"/>
              </w:rPr>
              <w:t>Tạo nhu cầu, giới thiệu điểm khởi đầu, chuyển sang hành động, lãnh đạo và hệ sinh thái.</w:t>
            </w:r>
          </w:p>
        </w:tc>
      </w:tr>
      <w:tr>
        <w:tc>
          <w:tcPr>
            <w:tcW w:type="dxa" w:w="2541"/>
            <w:shd w:fill="F4F5F7"/>
            <w:vAlign w:val="center"/>
            <w:tcMar>
              <w:top w:w="90" w:type="dxa"/>
              <w:start w:w="110" w:type="dxa"/>
              <w:bottom w:w="90" w:type="dxa"/>
              <w:end w:w="110" w:type="dxa"/>
            </w:tcMar>
          </w:tcPr>
          <w:p>
            <w:r/>
            <w:r>
              <w:rPr>
                <w:rFonts w:ascii="Arial" w:hAnsi="Arial"/>
                <w:b/>
                <w:color w:val="202124"/>
                <w:sz w:val="18"/>
              </w:rPr>
              <w:t>Kết</w:t>
            </w:r>
          </w:p>
        </w:tc>
        <w:tc>
          <w:tcPr>
            <w:tcW w:type="dxa" w:w="2541"/>
            <w:shd w:fill="F4F5F7"/>
            <w:vAlign w:val="center"/>
            <w:tcMar>
              <w:top w:w="90" w:type="dxa"/>
              <w:start w:w="110" w:type="dxa"/>
              <w:bottom w:w="90" w:type="dxa"/>
              <w:end w:w="110" w:type="dxa"/>
            </w:tcMar>
          </w:tcPr>
          <w:p>
            <w:r/>
            <w:r>
              <w:rPr>
                <w:rFonts w:ascii="Arial" w:hAnsi="Arial"/>
                <w:b w:val="0"/>
                <w:color w:val="202124"/>
                <w:sz w:val="18"/>
              </w:rPr>
              <w:t>1:00</w:t>
            </w:r>
          </w:p>
        </w:tc>
        <w:tc>
          <w:tcPr>
            <w:tcW w:type="dxa" w:w="2541"/>
            <w:shd w:fill="F4F5F7"/>
            <w:vAlign w:val="center"/>
            <w:tcMar>
              <w:top w:w="90" w:type="dxa"/>
              <w:start w:w="110" w:type="dxa"/>
              <w:bottom w:w="90" w:type="dxa"/>
              <w:end w:w="110" w:type="dxa"/>
            </w:tcMar>
          </w:tcPr>
          <w:p>
            <w:r/>
            <w:r>
              <w:rPr>
                <w:rFonts w:ascii="Arial" w:hAnsi="Arial"/>
                <w:b w:val="0"/>
                <w:color w:val="202124"/>
                <w:sz w:val="18"/>
              </w:rPr>
              <w:t>8 + 9 tùy chọn</w:t>
            </w:r>
          </w:p>
        </w:tc>
        <w:tc>
          <w:tcPr>
            <w:tcW w:type="dxa" w:w="2541"/>
            <w:shd w:fill="F4F5F7"/>
            <w:vAlign w:val="center"/>
            <w:tcMar>
              <w:top w:w="90" w:type="dxa"/>
              <w:start w:w="110" w:type="dxa"/>
              <w:bottom w:w="90" w:type="dxa"/>
              <w:end w:w="110" w:type="dxa"/>
            </w:tcMar>
          </w:tcPr>
          <w:p>
            <w:r/>
            <w:r>
              <w:rPr>
                <w:rFonts w:ascii="Arial" w:hAnsi="Arial"/>
                <w:b w:val="0"/>
                <w:color w:val="202124"/>
                <w:sz w:val="18"/>
              </w:rPr>
              <w:t>Xin referral, đối tác chiến lược và tạo câu nhớ.</w:t>
            </w:r>
          </w:p>
        </w:tc>
      </w:tr>
    </w:tbl>
    <w:p>
      <w:pPr>
        <w:pStyle w:val="Heading1"/>
      </w:pPr>
      <w:r>
        <w:t>3. Nguyên tắc thiết kế xuyên suốt</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PHONG CÁCH</w:t>
            </w:r>
          </w:p>
        </w:tc>
        <w:tc>
          <w:tcPr>
            <w:tcW w:type="dxa" w:w="5083"/>
            <w:shd w:fill="FFFFFF"/>
            <w:vAlign w:val="center"/>
            <w:tcMar>
              <w:top w:w="90" w:type="dxa"/>
              <w:start w:w="110" w:type="dxa"/>
              <w:bottom w:w="90" w:type="dxa"/>
              <w:end w:w="110" w:type="dxa"/>
            </w:tcMar>
          </w:tcPr>
          <w:p>
            <w:r/>
            <w:r>
              <w:rPr>
                <w:rFonts w:ascii="Arial" w:hAnsi="Arial"/>
                <w:b w:val="0"/>
                <w:color w:val="202124"/>
                <w:sz w:val="18"/>
              </w:rPr>
              <w:t>CEO, chuyên gia, hiện đại, truyền cảm hứng, tối giản.</w:t>
            </w:r>
          </w:p>
        </w:tc>
      </w:tr>
      <w:tr>
        <w:tc>
          <w:tcPr>
            <w:tcW w:type="dxa" w:w="5083"/>
            <w:shd w:fill="FBEAEC"/>
            <w:vAlign w:val="center"/>
            <w:tcMar>
              <w:top w:w="90" w:type="dxa"/>
              <w:start w:w="110" w:type="dxa"/>
              <w:bottom w:w="90" w:type="dxa"/>
              <w:end w:w="110" w:type="dxa"/>
            </w:tcMar>
          </w:tcPr>
          <w:p>
            <w:r/>
            <w:r>
              <w:rPr>
                <w:rFonts w:ascii="Arial" w:hAnsi="Arial"/>
                <w:b/>
                <w:color w:val="C8102E"/>
                <w:sz w:val="18"/>
              </w:rPr>
              <w:t>MÀU</w:t>
            </w:r>
          </w:p>
        </w:tc>
        <w:tc>
          <w:tcPr>
            <w:tcW w:type="dxa" w:w="5083"/>
            <w:shd w:fill="FFFFFF"/>
            <w:vAlign w:val="center"/>
            <w:tcMar>
              <w:top w:w="90" w:type="dxa"/>
              <w:start w:w="110" w:type="dxa"/>
              <w:bottom w:w="90" w:type="dxa"/>
              <w:end w:w="110" w:type="dxa"/>
            </w:tcMar>
          </w:tcPr>
          <w:p>
            <w:r/>
            <w:r>
              <w:rPr>
                <w:rFonts w:ascii="Arial" w:hAnsi="Arial"/>
                <w:b w:val="0"/>
                <w:color w:val="202124"/>
                <w:sz w:val="18"/>
              </w:rPr>
              <w:t>Đỏ BNI + trắng + đen/xám. Vàng champagne chỉ dùng làm điểm nhấn nhỏ.</w:t>
            </w:r>
          </w:p>
        </w:tc>
      </w:tr>
      <w:tr>
        <w:tc>
          <w:tcPr>
            <w:tcW w:type="dxa" w:w="5083"/>
            <w:shd w:fill="FBEAEC"/>
            <w:vAlign w:val="center"/>
            <w:tcMar>
              <w:top w:w="90" w:type="dxa"/>
              <w:start w:w="110" w:type="dxa"/>
              <w:bottom w:w="90" w:type="dxa"/>
              <w:end w:w="110" w:type="dxa"/>
            </w:tcMar>
          </w:tcPr>
          <w:p>
            <w:r/>
            <w:r>
              <w:rPr>
                <w:rFonts w:ascii="Arial" w:hAnsi="Arial"/>
                <w:b/>
                <w:color w:val="C8102E"/>
                <w:sz w:val="18"/>
              </w:rPr>
              <w:t>FONT</w:t>
            </w:r>
          </w:p>
        </w:tc>
        <w:tc>
          <w:tcPr>
            <w:tcW w:type="dxa" w:w="5083"/>
            <w:shd w:fill="FFFFFF"/>
            <w:vAlign w:val="center"/>
            <w:tcMar>
              <w:top w:w="90" w:type="dxa"/>
              <w:start w:w="110" w:type="dxa"/>
              <w:bottom w:w="90" w:type="dxa"/>
              <w:end w:w="110" w:type="dxa"/>
            </w:tcMar>
          </w:tcPr>
          <w:p>
            <w:r/>
            <w:r>
              <w:rPr>
                <w:rFonts w:ascii="Arial" w:hAnsi="Arial"/>
                <w:b w:val="0"/>
                <w:color w:val="202124"/>
                <w:sz w:val="18"/>
              </w:rPr>
              <w:t>Arial xuyên suốt. Tiêu đề Bold. Không dùng quá 3 cấp cỡ chữ.</w:t>
            </w:r>
          </w:p>
        </w:tc>
      </w:tr>
      <w:tr>
        <w:tc>
          <w:tcPr>
            <w:tcW w:type="dxa" w:w="5083"/>
            <w:shd w:fill="FBEAEC"/>
            <w:vAlign w:val="center"/>
            <w:tcMar>
              <w:top w:w="90" w:type="dxa"/>
              <w:start w:w="110" w:type="dxa"/>
              <w:bottom w:w="90" w:type="dxa"/>
              <w:end w:w="110" w:type="dxa"/>
            </w:tcMar>
          </w:tcPr>
          <w:p>
            <w:r/>
            <w:r>
              <w:rPr>
                <w:rFonts w:ascii="Arial" w:hAnsi="Arial"/>
                <w:b/>
                <w:color w:val="C8102E"/>
                <w:sz w:val="18"/>
              </w:rPr>
              <w:t>TỶ LỆ</w:t>
            </w:r>
          </w:p>
        </w:tc>
        <w:tc>
          <w:tcPr>
            <w:tcW w:type="dxa" w:w="5083"/>
            <w:shd w:fill="FFFFFF"/>
            <w:vAlign w:val="center"/>
            <w:tcMar>
              <w:top w:w="90" w:type="dxa"/>
              <w:start w:w="110" w:type="dxa"/>
              <w:bottom w:w="90" w:type="dxa"/>
              <w:end w:w="110" w:type="dxa"/>
            </w:tcMar>
          </w:tcPr>
          <w:p>
            <w:r/>
            <w:r>
              <w:rPr>
                <w:rFonts w:ascii="Arial" w:hAnsi="Arial"/>
                <w:b w:val="0"/>
                <w:color w:val="202124"/>
                <w:sz w:val="18"/>
              </w:rPr>
              <w:t>16:9, Full HD 1920 × 1080 px.</w:t>
            </w:r>
          </w:p>
        </w:tc>
      </w:tr>
      <w:tr>
        <w:tc>
          <w:tcPr>
            <w:tcW w:type="dxa" w:w="5083"/>
            <w:shd w:fill="FBEAEC"/>
            <w:vAlign w:val="center"/>
            <w:tcMar>
              <w:top w:w="90" w:type="dxa"/>
              <w:start w:w="110" w:type="dxa"/>
              <w:bottom w:w="90" w:type="dxa"/>
              <w:end w:w="110" w:type="dxa"/>
            </w:tcMar>
          </w:tcPr>
          <w:p>
            <w:r/>
            <w:r>
              <w:rPr>
                <w:rFonts w:ascii="Arial" w:hAnsi="Arial"/>
                <w:b/>
                <w:color w:val="C8102E"/>
                <w:sz w:val="18"/>
              </w:rPr>
              <w:t>MẬT ĐỘ</w:t>
            </w:r>
          </w:p>
        </w:tc>
        <w:tc>
          <w:tcPr>
            <w:tcW w:type="dxa" w:w="5083"/>
            <w:shd w:fill="FFFFFF"/>
            <w:vAlign w:val="center"/>
            <w:tcMar>
              <w:top w:w="90" w:type="dxa"/>
              <w:start w:w="110" w:type="dxa"/>
              <w:bottom w:w="90" w:type="dxa"/>
              <w:end w:w="110" w:type="dxa"/>
            </w:tcMar>
          </w:tcPr>
          <w:p>
            <w:r/>
            <w:r>
              <w:rPr>
                <w:rFonts w:ascii="Arial" w:hAnsi="Arial"/>
                <w:b w:val="0"/>
                <w:color w:val="202124"/>
                <w:sz w:val="18"/>
              </w:rPr>
              <w:t>Mỗi slide một thông điệp. Ưu tiên chữ lớn, khoảng trắng rộng, không biến slide thành tài liệu đọc.</w:t>
            </w:r>
          </w:p>
        </w:tc>
      </w:tr>
      <w:tr>
        <w:tc>
          <w:tcPr>
            <w:tcW w:type="dxa" w:w="5083"/>
            <w:shd w:fill="FBEAEC"/>
            <w:vAlign w:val="center"/>
            <w:tcMar>
              <w:top w:w="90" w:type="dxa"/>
              <w:start w:w="110" w:type="dxa"/>
              <w:bottom w:w="90" w:type="dxa"/>
              <w:end w:w="110" w:type="dxa"/>
            </w:tcMar>
          </w:tcPr>
          <w:p>
            <w:r/>
            <w:r>
              <w:rPr>
                <w:rFonts w:ascii="Arial" w:hAnsi="Arial"/>
                <w:b/>
                <w:color w:val="C8102E"/>
                <w:sz w:val="18"/>
              </w:rPr>
              <w:t>ẢNH</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thật, sáng rõ, có cảm giác lãnh đạo và phát triển con người. Hạn chế ảnh stock bắt tay.</w:t>
            </w:r>
          </w:p>
        </w:tc>
      </w:tr>
      <w:tr>
        <w:tc>
          <w:tcPr>
            <w:tcW w:type="dxa" w:w="5083"/>
            <w:shd w:fill="FBEAEC"/>
            <w:vAlign w:val="center"/>
            <w:tcMar>
              <w:top w:w="90" w:type="dxa"/>
              <w:start w:w="110" w:type="dxa"/>
              <w:bottom w:w="90" w:type="dxa"/>
              <w:end w:w="110" w:type="dxa"/>
            </w:tcMar>
          </w:tcPr>
          <w:p>
            <w:r/>
            <w:r>
              <w:rPr>
                <w:rFonts w:ascii="Arial" w:hAnsi="Arial"/>
                <w:b/>
                <w:color w:val="C8102E"/>
                <w:sz w:val="18"/>
              </w:rPr>
              <w:t>HIỆU ỨNG</w:t>
            </w:r>
          </w:p>
        </w:tc>
        <w:tc>
          <w:tcPr>
            <w:tcW w:type="dxa" w:w="5083"/>
            <w:shd w:fill="FFFFFF"/>
            <w:vAlign w:val="center"/>
            <w:tcMar>
              <w:top w:w="90" w:type="dxa"/>
              <w:start w:w="110" w:type="dxa"/>
              <w:bottom w:w="90" w:type="dxa"/>
              <w:end w:w="110" w:type="dxa"/>
            </w:tcMar>
          </w:tcPr>
          <w:p>
            <w:r/>
            <w:r>
              <w:rPr>
                <w:rFonts w:ascii="Arial" w:hAnsi="Arial"/>
                <w:b w:val="0"/>
                <w:color w:val="202124"/>
                <w:sz w:val="18"/>
              </w:rPr>
              <w:t>Fade hoặc Appear nhẹ. Không xoay, nảy, phát sáng hoặc chuyển cảnh rườm rà.</w:t>
            </w:r>
          </w:p>
        </w:tc>
      </w:tr>
    </w:tbl>
    <w:p>
      <w:pPr>
        <w:spacing w:after="0"/>
      </w:pPr>
    </w:p>
    <w:p>
      <w:pPr>
        <w:pStyle w:val="Heading2"/>
      </w:pPr>
      <w:r>
        <w:t>Tuyệt đối tránh</w:t>
      </w:r>
    </w:p>
    <w:p>
      <w:pPr>
        <w:pStyle w:val="ListBullet"/>
        <w:spacing w:after="60"/>
      </w:pPr>
      <w:r>
        <w:rPr>
          <w:rFonts w:ascii="Arial" w:hAnsi="Arial"/>
          <w:sz w:val="19"/>
        </w:rPr>
        <w:t>Phong cách huyền bí, tử vi, vũ trụ, cung hoàng đạo.</w:t>
      </w:r>
    </w:p>
    <w:p>
      <w:pPr>
        <w:pStyle w:val="ListBullet"/>
        <w:spacing w:after="60"/>
      </w:pPr>
      <w:r>
        <w:rPr>
          <w:rFonts w:ascii="Arial" w:hAnsi="Arial"/>
          <w:sz w:val="19"/>
        </w:rPr>
        <w:t>Quá nhiều biểu tượng số phát sáng hoặc hiệu ứng ánh sáng tím/xanh.</w:t>
      </w:r>
    </w:p>
    <w:p>
      <w:pPr>
        <w:pStyle w:val="ListBullet"/>
        <w:spacing w:after="60"/>
      </w:pPr>
      <w:r>
        <w:rPr>
          <w:rFonts w:ascii="Arial" w:hAnsi="Arial"/>
          <w:sz w:val="19"/>
        </w:rPr>
        <w:t>Đưa hàng loạt chỉ số Thần số học lên một slide.</w:t>
      </w:r>
    </w:p>
    <w:p>
      <w:pPr>
        <w:pStyle w:val="ListBullet"/>
        <w:spacing w:after="60"/>
      </w:pPr>
      <w:r>
        <w:rPr>
          <w:rFonts w:ascii="Arial" w:hAnsi="Arial"/>
          <w:sz w:val="19"/>
        </w:rPr>
        <w:t>Đọc nguyên văn nội dung trên slide.</w:t>
      </w:r>
    </w:p>
    <w:p>
      <w:pPr>
        <w:pStyle w:val="ListBullet"/>
        <w:spacing w:after="60"/>
      </w:pPr>
      <w:r>
        <w:rPr>
          <w:rFonts w:ascii="Arial" w:hAnsi="Arial"/>
          <w:sz w:val="19"/>
        </w:rPr>
        <w:t>Tự suy đoán tên khóa học hoặc ngày tháng ở lịch đào tạo.</w:t>
      </w:r>
    </w:p>
    <w:p>
      <w:r>
        <w:br w:type="page"/>
      </w:r>
    </w:p>
    <w:p>
      <w:pPr>
        <w:shd w:fill="C8102E"/>
      </w:pPr>
      <w:r>
        <w:rPr>
          <w:rFonts w:ascii="Arial" w:hAnsi="Arial"/>
          <w:b/>
          <w:color w:val="FFFFFF"/>
          <w:sz w:val="20"/>
        </w:rPr>
        <w:t>SLIDE 01</w:t>
      </w:r>
    </w:p>
    <w:p>
      <w:pPr>
        <w:pStyle w:val="Heading1"/>
        <w:pBdr>
          <w:bottom w:val="single" w:sz="12" w:space="5" w:color="C8102E"/>
        </w:pBdr>
      </w:pPr>
      <w:r>
        <w:t>VŨ THỊ DOAN LÀ AI?</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60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Bán con người và định vị trước khi giới thiệu sản phẩm.</w:t>
            </w:r>
          </w:p>
        </w:tc>
      </w:tr>
    </w:tbl>
    <w:p>
      <w:pPr>
        <w:spacing w:after="0"/>
      </w:pPr>
    </w:p>
    <w:p>
      <w:pPr>
        <w:pStyle w:val="Heading2"/>
      </w:pPr>
      <w:r>
        <w:t>Nội dung bắt buộc trên slide</w:t>
      </w:r>
    </w:p>
    <w:p>
      <w:pPr>
        <w:spacing w:after="60"/>
      </w:pPr>
      <w:r>
        <w:rPr>
          <w:rFonts w:ascii="Arial" w:hAnsi="Arial"/>
          <w:b w:val="0"/>
          <w:sz w:val="21"/>
        </w:rPr>
        <w:t>VŨ THỊ DOAN</w:t>
      </w:r>
    </w:p>
    <w:p>
      <w:pPr>
        <w:spacing w:after="60"/>
      </w:pPr>
      <w:r>
        <w:rPr>
          <w:rFonts w:ascii="Arial" w:hAnsi="Arial"/>
          <w:b w:val="0"/>
          <w:sz w:val="21"/>
        </w:rPr>
        <w:t>CEO – Huấn luyện &amp; Phát triển Con người</w:t>
      </w:r>
    </w:p>
    <w:p>
      <w:pPr>
        <w:spacing w:after="60"/>
      </w:pPr>
      <w:r>
        <w:rPr>
          <w:rFonts w:ascii="Arial" w:hAnsi="Arial"/>
          <w:b w:val="0"/>
          <w:sz w:val="21"/>
        </w:rPr>
        <w:t>THẤU MÌNH  •  HIỂU NGƯỜI  •  PHÁT TRIỂN DOANH NGHIỆP</w:t>
      </w:r>
    </w:p>
    <w:p>
      <w:pPr>
        <w:spacing w:after="60"/>
      </w:pPr>
      <w:r>
        <w:rPr>
          <w:rFonts w:ascii="Arial" w:hAnsi="Arial"/>
          <w:b w:val="0"/>
          <w:sz w:val="21"/>
        </w:rPr>
        <w:t>5 năm đồng hành trong đào tạo, coaching và phát triển con người.</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Chia 45/55. Ảnh chân dung chiếm 45% bên trái; phần chữ bên phải. Tên lớn nhất, tagline đứng thứ hai. Có thể thêm một đường đỏ mảnh làm nhịp thị giác.</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Chân dung Vũ Thị Doan chất lượng cao, ánh sáng tự nhiên, trang phục chuyên gia, nhìn về phía phần chữ. Không ghép quá nhiều ảnh hoặc chứng chỉ.</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“Xin chào quý anh chị. Tôi là Vũ Thị Doan, CEO trong lĩnh vực huấn luyện và phát triển con người. Trong 5 năm qua, tôi tập trung đồng hành cùng cá nhân và chủ doanh nghiệp để thấu hiểu chính mình, hiểu người đang đi cùng mình và phát triển tổ chức từ gốc con người. Tôi sử dụng DISC, MBTI, NLP, coaching và các công cụ khám phá bản thân. Mục tiêu của tôi không phải dán nhãn một con người. Tôi giúp họ trả lời ba câu hỏi: Tôi là ai? Tôi muốn trở thành ai? Tôi cần thay đổi điều gì?”</w:t>
            </w:r>
          </w:p>
        </w:tc>
      </w:tr>
    </w:tbl>
    <w:p>
      <w:pPr>
        <w:pStyle w:val="Heading3"/>
      </w:pPr>
      <w:r>
        <w:t>Câu chuyển</w:t>
      </w:r>
    </w:p>
    <w:p>
      <w:pPr>
        <w:pStyle w:val="QuoteRed"/>
      </w:pPr>
      <w:r>
        <w:t>“Và hôm nay, tôi muốn giới thiệu một trong những cánh cửa đầu tiên của hành trình ấy.”</w:t>
      </w:r>
    </w:p>
    <w:p>
      <w:pPr>
        <w:pStyle w:val="Heading3"/>
      </w:pPr>
      <w:r>
        <w:t>Lưu ý sản xuất</w:t>
      </w:r>
    </w:p>
    <w:p>
      <w:pPr>
        <w:pStyle w:val="ListBullet"/>
        <w:spacing w:after="60"/>
      </w:pPr>
      <w:r>
        <w:rPr>
          <w:rFonts w:ascii="Arial" w:hAnsi="Arial"/>
          <w:sz w:val="19"/>
        </w:rPr>
        <w:t>Nếu logo công ty hoặc logo BNI xuất hiện, giữ nhỏ và cùng một vị trí xuyên suốt.</w:t>
      </w:r>
    </w:p>
    <w:p>
      <w:pPr>
        <w:pStyle w:val="ListBullet"/>
        <w:spacing w:after="60"/>
      </w:pPr>
      <w:r>
        <w:rPr>
          <w:rFonts w:ascii="Arial" w:hAnsi="Arial"/>
          <w:sz w:val="19"/>
        </w:rPr>
        <w:t>Không đưa CV dài, danh sách chứng chỉ hoặc quá 2 dòng chức danh.</w:t>
      </w:r>
    </w:p>
    <w:p>
      <w:r>
        <w:br w:type="page"/>
      </w:r>
    </w:p>
    <w:p>
      <w:pPr>
        <w:shd w:fill="C8102E"/>
      </w:pPr>
      <w:r>
        <w:rPr>
          <w:rFonts w:ascii="Arial" w:hAnsi="Arial"/>
          <w:b/>
          <w:color w:val="FFFFFF"/>
          <w:sz w:val="20"/>
        </w:rPr>
        <w:t>SLIDE 02</w:t>
      </w:r>
    </w:p>
    <w:p>
      <w:pPr>
        <w:pStyle w:val="Heading1"/>
        <w:pBdr>
          <w:bottom w:val="single" w:sz="12" w:space="5" w:color="C8102E"/>
        </w:pBdr>
      </w:pPr>
      <w:r>
        <w:t>CEO CÓ BẢN ĐỒ CHO CHÍNH MÌNH CHƯA?</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45–50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Tạo nhu cầu trước khi giới thiệu Bản đồ Thần số học.</w:t>
            </w:r>
          </w:p>
        </w:tc>
      </w:tr>
    </w:tbl>
    <w:p>
      <w:pPr>
        <w:spacing w:after="0"/>
      </w:pPr>
    </w:p>
    <w:p>
      <w:pPr>
        <w:pStyle w:val="Heading2"/>
      </w:pPr>
      <w:r>
        <w:t>Nội dung bắt buộc trên slide</w:t>
      </w:r>
    </w:p>
    <w:p>
      <w:pPr>
        <w:spacing w:after="60"/>
      </w:pPr>
      <w:r>
        <w:rPr>
          <w:rFonts w:ascii="Arial" w:hAnsi="Arial"/>
          <w:b/>
          <w:sz w:val="21"/>
        </w:rPr>
        <w:t>HEADLINE: CEO CÓ BẢN ĐỒ CHO DOANH NGHIỆP…</w:t>
      </w:r>
    </w:p>
    <w:p>
      <w:pPr>
        <w:spacing w:after="60"/>
      </w:pPr>
      <w:r>
        <w:rPr>
          <w:rFonts w:ascii="Arial" w:hAnsi="Arial"/>
          <w:b w:val="0"/>
          <w:sz w:val="21"/>
        </w:rPr>
        <w:t>NHƯNG CÓ BẢN ĐỒ CHO CHÍNH MÌNH CHƯA?</w:t>
      </w:r>
    </w:p>
    <w:p>
      <w:pPr>
        <w:spacing w:after="60"/>
      </w:pPr>
      <w:r>
        <w:rPr>
          <w:rFonts w:ascii="Arial" w:hAnsi="Arial"/>
          <w:b w:val="0"/>
          <w:sz w:val="21"/>
        </w:rPr>
        <w:t>Người cầm lái đi sai hướng, đôi khi cả đội ngũ phía sau cũng đi sai hướng.</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Headline chiếm 55–60% diện tích. Dùng một ảnh con đường/định vị làm nền có phủ lớp xám đen. Đặt hình Bản đồ thật ở góc dưới hoặc bên phải, đủ nhận diện nhưng không lấn headline.</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Google Maps hoặc con đường có điểm đến; kèm ảnh chụp Bản đồ Thần số học thật. Không dùng la bàn huyền bí.</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“Đi 20–30 km, chúng ta còn cần Google Maps. Nhưng hành trình vài chục năm cuộc đời, rất nhiều người lại cứ đi rồi tính. Với một CEO, điều này còn ảnh hưởng đến đội ngũ. Người cầm lái đi sai hướng, đôi khi cả đội ngũ phía sau cũng đi sai hướng. Vì vậy, một trong những điểm khởi đầu tôi sử dụng là Bản đồ Thần số học.”</w:t>
            </w:r>
          </w:p>
        </w:tc>
      </w:tr>
    </w:tbl>
    <w:p>
      <w:pPr>
        <w:pStyle w:val="Heading3"/>
      </w:pPr>
      <w:r>
        <w:t>Câu chuyển</w:t>
      </w:r>
    </w:p>
    <w:p>
      <w:pPr>
        <w:pStyle w:val="QuoteRed"/>
      </w:pPr>
      <w:r>
        <w:t>“Tấm bản đồ ấy không trả lời thay chúng ta. Nó giúp chúng ta nhìn lại những câu hỏi quan trọng.”</w:t>
      </w:r>
    </w:p>
    <w:p>
      <w:r>
        <w:br w:type="page"/>
      </w:r>
    </w:p>
    <w:p>
      <w:pPr>
        <w:shd w:fill="C8102E"/>
      </w:pPr>
      <w:r>
        <w:rPr>
          <w:rFonts w:ascii="Arial" w:hAnsi="Arial"/>
          <w:b/>
          <w:color w:val="FFFFFF"/>
          <w:sz w:val="20"/>
        </w:rPr>
        <w:t>SLIDE 03</w:t>
      </w:r>
    </w:p>
    <w:p>
      <w:pPr>
        <w:pStyle w:val="Heading1"/>
        <w:pBdr>
          <w:bottom w:val="single" w:sz="12" w:space="5" w:color="C8102E"/>
        </w:pBdr>
      </w:pPr>
      <w:r>
        <w:t>BẢN ĐỒ GIÚP TÔI NHÌN LẠI ĐIỀU GÌ?</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45–50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Bán giá trị của Bản đồ, không giảng về các con số.</w:t>
            </w:r>
          </w:p>
        </w:tc>
      </w:tr>
    </w:tbl>
    <w:p>
      <w:pPr>
        <w:spacing w:after="0"/>
      </w:pPr>
    </w:p>
    <w:p>
      <w:pPr>
        <w:pStyle w:val="Heading2"/>
      </w:pPr>
      <w:r>
        <w:t>Nội dung bắt buộc trên slide</w:t>
      </w:r>
    </w:p>
    <w:p>
      <w:pPr>
        <w:spacing w:after="60"/>
      </w:pPr>
      <w:r>
        <w:rPr>
          <w:rFonts w:ascii="Arial" w:hAnsi="Arial"/>
          <w:b w:val="0"/>
          <w:sz w:val="21"/>
        </w:rPr>
        <w:t>01  TÔI LÀ AI?</w:t>
      </w:r>
    </w:p>
    <w:p>
      <w:pPr>
        <w:spacing w:after="60"/>
      </w:pPr>
      <w:r>
        <w:rPr>
          <w:rFonts w:ascii="Arial" w:hAnsi="Arial"/>
          <w:b w:val="0"/>
          <w:sz w:val="21"/>
        </w:rPr>
        <w:t>02  TÔI MUỐN ĐI ĐÂU?</w:t>
      </w:r>
    </w:p>
    <w:p>
      <w:pPr>
        <w:spacing w:after="60"/>
      </w:pPr>
      <w:r>
        <w:rPr>
          <w:rFonts w:ascii="Arial" w:hAnsi="Arial"/>
          <w:b w:val="0"/>
          <w:sz w:val="21"/>
        </w:rPr>
        <w:t>03  ĐIỀU GÌ TÔI CẦN QUAN SÁT VÀ ĐIỀU CHỈNH?</w:t>
      </w:r>
    </w:p>
    <w:p>
      <w:pPr>
        <w:spacing w:after="60"/>
      </w:pPr>
      <w:r>
        <w:rPr>
          <w:rFonts w:ascii="Arial" w:hAnsi="Arial"/>
          <w:b/>
          <w:sz w:val="21"/>
        </w:rPr>
        <w:t>CÂU CHỐT: “Vậy từ ngày mai tôi cần thay đổi điều gì?”</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Ba khối số lớn xếp ngang hoặc dọc theo đường cong hành trình. Mỗi khối chỉ gồm số, câu hỏi và một icon nét mảnh. Bản đồ thật đặt nhỏ ở bên phải hoặc giữa.</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Bản đồ thật, icon gương/đích đến/điều chỉnh ở dạng line icon đồng bộ.</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“Tôi sử dụng Bản đồ như một công cụ chiêm nghiệm và khám phá bản thân. Khách hàng có thêm một góc nhìn để quan sát mình: Tôi là ai? Tôi muốn đi đâu? Điều gì tôi cần quan sát và điều chỉnh? Tôi không muốn khách hàng chỉ nói: ‘Ôi Doan ơi, đúng quá!’ Tôi muốn họ hỏi: ‘Vậy từ ngày mai tôi cần thay đổi điều gì?’”</w:t>
            </w:r>
          </w:p>
        </w:tc>
      </w:tr>
    </w:tbl>
    <w:p>
      <w:pPr>
        <w:pStyle w:val="Heading3"/>
      </w:pPr>
      <w:r>
        <w:t>Câu chuyển</w:t>
      </w:r>
    </w:p>
    <w:p>
      <w:pPr>
        <w:pStyle w:val="QuoteRed"/>
      </w:pPr>
      <w:r>
        <w:t>“Bởi hiểu mình mới chỉ là bước đầu.”</w:t>
      </w:r>
    </w:p>
    <w:p>
      <w:pPr>
        <w:pStyle w:val="Heading3"/>
      </w:pPr>
      <w:r>
        <w:t>Lưu ý sản xuất</w:t>
      </w:r>
    </w:p>
    <w:p>
      <w:pPr>
        <w:pStyle w:val="ListBullet"/>
        <w:spacing w:after="60"/>
      </w:pPr>
      <w:r>
        <w:rPr>
          <w:rFonts w:ascii="Arial" w:hAnsi="Arial"/>
          <w:sz w:val="19"/>
        </w:rPr>
        <w:t>Không đưa danh sách Đường đời, Linh hồn, Sứ mệnh… lên slide này.</w:t>
      </w:r>
    </w:p>
    <w:p>
      <w:pPr>
        <w:pStyle w:val="ListBullet"/>
        <w:spacing w:after="60"/>
      </w:pPr>
      <w:r>
        <w:rPr>
          <w:rFonts w:ascii="Arial" w:hAnsi="Arial"/>
          <w:sz w:val="19"/>
        </w:rPr>
        <w:t>Ba khối phải đọc được trong 3 giây.</w:t>
      </w:r>
    </w:p>
    <w:p>
      <w:r>
        <w:br w:type="page"/>
      </w:r>
    </w:p>
    <w:p>
      <w:pPr>
        <w:shd w:fill="C8102E"/>
      </w:pPr>
      <w:r>
        <w:rPr>
          <w:rFonts w:ascii="Arial" w:hAnsi="Arial"/>
          <w:b/>
          <w:color w:val="FFFFFF"/>
          <w:sz w:val="20"/>
        </w:rPr>
        <w:t>SLIDE 04</w:t>
      </w:r>
    </w:p>
    <w:p>
      <w:pPr>
        <w:pStyle w:val="Heading1"/>
        <w:pBdr>
          <w:bottom w:val="single" w:sz="12" w:space="5" w:color="C8102E"/>
        </w:pBdr>
      </w:pPr>
      <w:r>
        <w:t>HIỂU MÌNH CHƯA ĐỦ</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45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Chuyển từ Bản đồ sang coaching và thay đổi hành vi.</w:t>
            </w:r>
          </w:p>
        </w:tc>
      </w:tr>
    </w:tbl>
    <w:p>
      <w:pPr>
        <w:spacing w:after="0"/>
      </w:pPr>
    </w:p>
    <w:p>
      <w:pPr>
        <w:pStyle w:val="Heading2"/>
      </w:pPr>
      <w:r>
        <w:t>Nội dung bắt buộc trên slide</w:t>
      </w:r>
    </w:p>
    <w:p>
      <w:pPr>
        <w:spacing w:after="60"/>
      </w:pPr>
      <w:r>
        <w:rPr>
          <w:rFonts w:ascii="Arial" w:hAnsi="Arial"/>
          <w:b/>
          <w:sz w:val="21"/>
        </w:rPr>
        <w:t>HEADLINE: BIẾT MÌNH ≠ THAY ĐỔI MÌNH</w:t>
      </w:r>
    </w:p>
    <w:p>
      <w:pPr>
        <w:spacing w:after="60"/>
      </w:pPr>
      <w:r>
        <w:rPr>
          <w:rFonts w:ascii="Arial" w:hAnsi="Arial"/>
          <w:b w:val="0"/>
          <w:sz w:val="21"/>
        </w:rPr>
        <w:t>NHẬN DIỆN   →   THẤU HIỂU   →   LỰA CHỌN   →   HÀNH ĐỘNG</w:t>
      </w:r>
    </w:p>
    <w:p>
      <w:pPr>
        <w:spacing w:after="60"/>
      </w:pPr>
      <w:r>
        <w:rPr>
          <w:rFonts w:ascii="Arial" w:hAnsi="Arial"/>
          <w:b/>
          <w:sz w:val="21"/>
        </w:rPr>
        <w:t>CÂU CHỐT: Bản đồ là điểm bắt đầu.</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Một hành trình bốn chặng nằm ở trung tâm. “HÀNH ĐỘNG” tô đỏ đậm. Headline trên cùng; câu chốt dưới cùng, lớn và thoáng.</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Có thể dùng hình bước chân, cầu thang hoặc con đường tối giản. Không dùng bốn hộp chữ nhỏ li ti.</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“Có người biết mình nóng tính, biết mình thích kiểm soát, biết mình khó giao quyền… biết hết, nhưng ngày mai vẫn làm y như cũ.” [dừng để khán giả cười] “Vì biết chưa tạo ra thay đổi. Coaching giúp khách hàng đi từ nhận diện đến thấu hiểu, lựa chọn và hành động. Bản đồ là điểm bắt đầu.”</w:t>
            </w:r>
          </w:p>
        </w:tc>
      </w:tr>
    </w:tbl>
    <w:p>
      <w:pPr>
        <w:pStyle w:val="Heading3"/>
      </w:pPr>
      <w:r>
        <w:t>Câu chuyển</w:t>
      </w:r>
    </w:p>
    <w:p>
      <w:pPr>
        <w:pStyle w:val="QuoteRed"/>
      </w:pPr>
      <w:r>
        <w:t>“Khi làm chủ mình tốt hơn, người lãnh đạo mới có thể thực sự hiểu người khác.”</w:t>
      </w:r>
    </w:p>
    <w:p>
      <w:r>
        <w:br w:type="page"/>
      </w:r>
    </w:p>
    <w:p>
      <w:pPr>
        <w:shd w:fill="C8102E"/>
      </w:pPr>
      <w:r>
        <w:rPr>
          <w:rFonts w:ascii="Arial" w:hAnsi="Arial"/>
          <w:b/>
          <w:color w:val="FFFFFF"/>
          <w:sz w:val="20"/>
        </w:rPr>
        <w:t>SLIDE 05</w:t>
      </w:r>
    </w:p>
    <w:p>
      <w:pPr>
        <w:pStyle w:val="Heading1"/>
        <w:pBdr>
          <w:bottom w:val="single" w:sz="12" w:space="5" w:color="C8102E"/>
        </w:pBdr>
      </w:pPr>
      <w:r>
        <w:t>TỪ HIỂU MÌNH ĐẾN HIỂU NGƯỜI</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50–55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Nối sản phẩm cá nhân với chuyên môn huấn luyện nhân sự và lãnh đạo.</w:t>
            </w:r>
          </w:p>
        </w:tc>
      </w:tr>
    </w:tbl>
    <w:p>
      <w:pPr>
        <w:spacing w:after="0"/>
      </w:pPr>
    </w:p>
    <w:p>
      <w:pPr>
        <w:pStyle w:val="Heading2"/>
      </w:pPr>
      <w:r>
        <w:t>Nội dung bắt buộc trên slide</w:t>
      </w:r>
    </w:p>
    <w:p>
      <w:pPr>
        <w:spacing w:after="60"/>
      </w:pPr>
      <w:r>
        <w:rPr>
          <w:rFonts w:ascii="Arial" w:hAnsi="Arial"/>
          <w:b w:val="0"/>
          <w:sz w:val="21"/>
        </w:rPr>
        <w:t>THẤU HIỂU MÌNH</w:t>
      </w:r>
    </w:p>
    <w:p>
      <w:pPr>
        <w:spacing w:after="60"/>
      </w:pPr>
      <w:r>
        <w:rPr>
          <w:rFonts w:ascii="Arial" w:hAnsi="Arial"/>
          <w:b w:val="0"/>
          <w:sz w:val="21"/>
        </w:rPr>
        <w:t>LÀM CHỦ MÌNH</w:t>
      </w:r>
    </w:p>
    <w:p>
      <w:pPr>
        <w:spacing w:after="60"/>
      </w:pPr>
      <w:r>
        <w:rPr>
          <w:rFonts w:ascii="Arial" w:hAnsi="Arial"/>
          <w:b w:val="0"/>
          <w:sz w:val="21"/>
        </w:rPr>
        <w:t>THẤU HIỂU NGƯỜI</w:t>
      </w:r>
    </w:p>
    <w:p>
      <w:pPr>
        <w:spacing w:after="60"/>
      </w:pPr>
      <w:r>
        <w:rPr>
          <w:rFonts w:ascii="Arial" w:hAnsi="Arial"/>
          <w:b w:val="0"/>
          <w:sz w:val="21"/>
        </w:rPr>
        <w:t>LÃNH ĐẠO ĐỘI NGŨ</w:t>
      </w:r>
    </w:p>
    <w:p>
      <w:pPr>
        <w:spacing w:after="60"/>
      </w:pPr>
      <w:r>
        <w:rPr>
          <w:rFonts w:ascii="Arial" w:hAnsi="Arial"/>
          <w:b/>
          <w:sz w:val="21"/>
        </w:rPr>
        <w:t>CÂU CHỐT: Đừng quản trị người khác bằng chính cái tôi của mình.</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Bốn bậc đi lên từ trái sang phải. Mỗi bậc có một cụm từ, không thêm đoạn giải thích. Câu chốt đặt trong dải đỏ phía dưới.</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CEO đang lắng nghe hoặc tương tác thật với đội ngũ. Tránh ảnh bắt tay, chỉ tay hoặc nhóm cười nhìn camera.</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“Nhân viên không phải bản sao của CEO. Có người cần được trao quyền. Có người cần hướng dẫn rõ. Có người cần được công nhận. Có người cần không gian để tự làm. Hiểu mình giúp người lãnh đạo bớt dùng cái tôi làm thước đo. Từ đó, chúng ta học cách hiểu và làm việc với từng con người.”</w:t>
            </w:r>
          </w:p>
        </w:tc>
      </w:tr>
    </w:tbl>
    <w:p>
      <w:pPr>
        <w:pStyle w:val="Heading3"/>
      </w:pPr>
      <w:r>
        <w:t>Câu chuyển</w:t>
      </w:r>
    </w:p>
    <w:p>
      <w:pPr>
        <w:pStyle w:val="QuoteRed"/>
      </w:pPr>
      <w:r>
        <w:t>“Và để thay đổi bền vững, khách hàng cần một hành trình học tập liên tục.”</w:t>
      </w:r>
    </w:p>
    <w:p>
      <w:r>
        <w:br w:type="page"/>
      </w:r>
    </w:p>
    <w:p>
      <w:pPr>
        <w:shd w:fill="C8102E"/>
      </w:pPr>
      <w:r>
        <w:rPr>
          <w:rFonts w:ascii="Arial" w:hAnsi="Arial"/>
          <w:b/>
          <w:color w:val="FFFFFF"/>
          <w:sz w:val="20"/>
        </w:rPr>
        <w:t>SLIDE 06</w:t>
      </w:r>
    </w:p>
    <w:p>
      <w:pPr>
        <w:pStyle w:val="Heading1"/>
        <w:pBdr>
          <w:bottom w:val="single" w:sz="12" w:space="5" w:color="C8102E"/>
        </w:pBdr>
      </w:pPr>
      <w:r>
        <w:t>HỆ SINH THÁI ĐÀO TẠO LIÊN TỤC</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65–70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Chứng minh Vũ Thị Doan có hệ sinh thái, không bán một sản phẩm đơn lẻ.</w:t>
            </w:r>
          </w:p>
        </w:tc>
      </w:tr>
    </w:tbl>
    <w:p>
      <w:pPr>
        <w:spacing w:after="0"/>
      </w:pPr>
    </w:p>
    <w:p>
      <w:pPr>
        <w:pStyle w:val="Heading2"/>
      </w:pPr>
      <w:r>
        <w:t>Nội dung bắt buộc trên slide</w:t>
      </w:r>
    </w:p>
    <w:p>
      <w:pPr>
        <w:spacing w:after="60"/>
      </w:pPr>
      <w:r>
        <w:rPr>
          <w:rFonts w:ascii="Arial" w:hAnsi="Arial"/>
          <w:b w:val="0"/>
          <w:sz w:val="21"/>
        </w:rPr>
        <w:t>KHÁCH HÀNG CÓ THỂ BẮT ĐẦU BẰNG MỘT TẤM BẢN ĐỒ…</w:t>
      </w:r>
    </w:p>
    <w:p>
      <w:pPr>
        <w:spacing w:after="60"/>
      </w:pPr>
      <w:r>
        <w:rPr>
          <w:rFonts w:ascii="Arial" w:hAnsi="Arial"/>
          <w:b w:val="0"/>
          <w:sz w:val="21"/>
        </w:rPr>
        <w:t>NHƯNG KHÔNG DỪNG LẠI Ở MỘT TẤM BẢN ĐỒ.</w:t>
      </w:r>
    </w:p>
    <w:p>
      <w:pPr>
        <w:spacing w:after="60"/>
      </w:pPr>
      <w:r>
        <w:rPr>
          <w:rFonts w:ascii="Arial" w:hAnsi="Arial"/>
          <w:b w:val="0"/>
          <w:sz w:val="21"/>
        </w:rPr>
        <w:t>BẢN ĐỒ THẤU HIỂU BẢN THÂN</w:t>
      </w:r>
    </w:p>
    <w:p>
      <w:pPr>
        <w:spacing w:after="60"/>
      </w:pPr>
      <w:r>
        <w:rPr>
          <w:rFonts w:ascii="Arial" w:hAnsi="Arial"/>
          <w:b w:val="0"/>
          <w:sz w:val="21"/>
        </w:rPr>
        <w:t>PHÁT TRIỂN BẢN THÂN</w:t>
      </w:r>
    </w:p>
    <w:p>
      <w:pPr>
        <w:spacing w:after="60"/>
      </w:pPr>
      <w:r>
        <w:rPr>
          <w:rFonts w:ascii="Arial" w:hAnsi="Arial"/>
          <w:b w:val="0"/>
          <w:sz w:val="21"/>
        </w:rPr>
        <w:t>PHÁT TRIỂN NĂNG LỰC HUẤN LUYỆN/LÃNH ĐẠO</w:t>
      </w:r>
    </w:p>
    <w:p>
      <w:pPr>
        <w:spacing w:after="60"/>
      </w:pPr>
      <w:r>
        <w:rPr>
          <w:rFonts w:ascii="Arial" w:hAnsi="Arial"/>
          <w:b w:val="0"/>
          <w:sz w:val="21"/>
        </w:rPr>
        <w:t>PHÁT TRIỂN NĂNG LỰC KINH DOANH</w:t>
      </w:r>
    </w:p>
    <w:p>
      <w:pPr>
        <w:spacing w:after="60"/>
      </w:pPr>
      <w:r>
        <w:rPr>
          <w:rFonts w:ascii="Arial" w:hAnsi="Arial"/>
          <w:b w:val="0"/>
          <w:sz w:val="21"/>
        </w:rPr>
        <w:t>PHÁT TRIỂN DOANH NGHIỆP</w:t>
      </w:r>
    </w:p>
    <w:p>
      <w:pPr>
        <w:spacing w:after="60"/>
      </w:pPr>
      <w:r>
        <w:rPr>
          <w:rFonts w:ascii="Arial" w:hAnsi="Arial"/>
          <w:b/>
          <w:sz w:val="21"/>
        </w:rPr>
        <w:t>CÂU CHỐT: DOANH NGHIỆP MUỐN LỚN, NGƯỜI CHỦ PHẢI LỚN TRƯỚC.</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Dùng một trục hành trình 5 chặng. Dưới trục đặt ảnh lịch đào tạo 2026–2027 ở kích thước đủ đọc; nếu lịch quá dày, tách thành dải 3–5 khóa tiêu biểu và thêm QR/link tới lịch đầy đủ.</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lịch đào tạo gốc 2026–2027 và 1–2 ảnh lớp học thật. Trợ lý phải lấy đúng file gốc, không chụp màn hình mờ.</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“Khách hàng có thể bắt đầu bằng một tấm Bản đồ, nhưng không dừng lại ở đó. Từ thấu hiểu bản thân, họ tiếp tục phát triển bản thân, năng lực huấn luyện và lãnh đạo, năng lực kinh doanh, rồi phát triển doanh nghiệp. Mỗi chương trình là một nấc trong hành trình trưởng thành của người chủ. Vì doanh nghiệp muốn lớn, người chủ phải lớn trước.”</w:t>
            </w:r>
          </w:p>
        </w:tc>
      </w:tr>
    </w:tbl>
    <w:p>
      <w:pPr>
        <w:pStyle w:val="Heading3"/>
      </w:pPr>
      <w:r>
        <w:t>Câu chuyển</w:t>
      </w:r>
    </w:p>
    <w:p>
      <w:pPr>
        <w:pStyle w:val="QuoteRed"/>
      </w:pPr>
      <w:r>
        <w:t>“Khi người chủ trưởng thành, hành trình ấy sẽ đi đến một đích lớn hơn.”</w:t>
      </w:r>
    </w:p>
    <w:p>
      <w:pPr>
        <w:pStyle w:val="Heading3"/>
      </w:pPr>
      <w:r>
        <w:t>Lưu ý sản xuất</w:t>
      </w:r>
    </w:p>
    <w:p>
      <w:pPr>
        <w:pStyle w:val="ListBullet"/>
        <w:spacing w:after="60"/>
      </w:pPr>
      <w:r>
        <w:rPr>
          <w:rFonts w:ascii="Arial" w:hAnsi="Arial"/>
          <w:sz w:val="19"/>
        </w:rPr>
        <w:t>BẮT BUỘC đối chiếu ảnh lịch gốc trước khi gõ tên khóa học, ngày tháng và thứ tự chương trình.</w:t>
      </w:r>
    </w:p>
    <w:p>
      <w:pPr>
        <w:pStyle w:val="ListBullet"/>
        <w:spacing w:after="60"/>
      </w:pPr>
      <w:r>
        <w:rPr>
          <w:rFonts w:ascii="Arial" w:hAnsi="Arial"/>
          <w:sz w:val="19"/>
        </w:rPr>
        <w:t>Không tự đổi tên khóa học hoặc tự điền thông tin còn thiếu.</w:t>
      </w:r>
    </w:p>
    <w:p>
      <w:pPr>
        <w:pStyle w:val="ListBullet"/>
        <w:spacing w:after="60"/>
      </w:pPr>
      <w:r>
        <w:rPr>
          <w:rFonts w:ascii="Arial" w:hAnsi="Arial"/>
          <w:sz w:val="19"/>
        </w:rPr>
        <w:t>Nếu chữ trong lịch không đọc được trên màn chiếu, dùng 5 chặng chính và chỉ liệt kê tối đa 5 chương trình tiêu biểu.</w:t>
      </w:r>
    </w:p>
    <w:p>
      <w:r>
        <w:br w:type="page"/>
      </w:r>
    </w:p>
    <w:p>
      <w:pPr>
        <w:shd w:fill="C8102E"/>
      </w:pPr>
      <w:r>
        <w:rPr>
          <w:rFonts w:ascii="Arial" w:hAnsi="Arial"/>
          <w:b/>
          <w:color w:val="FFFFFF"/>
          <w:sz w:val="20"/>
        </w:rPr>
        <w:t>SLIDE 07</w:t>
      </w:r>
    </w:p>
    <w:p>
      <w:pPr>
        <w:pStyle w:val="Heading1"/>
        <w:pBdr>
          <w:bottom w:val="single" w:sz="12" w:space="5" w:color="C8102E"/>
        </w:pBdr>
      </w:pPr>
      <w:r>
        <w:t>ĐÍCH ĐẾN: DOANH NGHIỆP HẠNH PHÚC</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55–60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Nâng định vị thương hiệu lên trên sản phẩm Bản đồ Thần số học.</w:t>
            </w:r>
          </w:p>
        </w:tc>
      </w:tr>
    </w:tbl>
    <w:p>
      <w:pPr>
        <w:spacing w:after="0"/>
      </w:pPr>
    </w:p>
    <w:p>
      <w:pPr>
        <w:pStyle w:val="Heading2"/>
      </w:pPr>
      <w:r>
        <w:t>Nội dung bắt buộc trên slide</w:t>
      </w:r>
    </w:p>
    <w:p>
      <w:pPr>
        <w:spacing w:after="60"/>
      </w:pPr>
      <w:r>
        <w:rPr>
          <w:rFonts w:ascii="Arial" w:hAnsi="Arial"/>
          <w:b w:val="0"/>
          <w:sz w:val="21"/>
        </w:rPr>
        <w:t>01  THẤU HIỂU BẢN THÂN — Tôi là ai?</w:t>
      </w:r>
    </w:p>
    <w:p>
      <w:pPr>
        <w:spacing w:after="60"/>
      </w:pPr>
      <w:r>
        <w:rPr>
          <w:rFonts w:ascii="Arial" w:hAnsi="Arial"/>
          <w:b w:val="0"/>
          <w:sz w:val="21"/>
        </w:rPr>
        <w:t>02  LÀM CHỦ BẢN THÂN — Tôi muốn trở thành ai?</w:t>
      </w:r>
    </w:p>
    <w:p>
      <w:pPr>
        <w:spacing w:after="60"/>
      </w:pPr>
      <w:r>
        <w:rPr>
          <w:rFonts w:ascii="Arial" w:hAnsi="Arial"/>
          <w:b w:val="0"/>
          <w:sz w:val="21"/>
        </w:rPr>
        <w:t>03  THẤU HIỂU CON NGƯỜI — Tôi làm việc với người khác thế nào?</w:t>
      </w:r>
    </w:p>
    <w:p>
      <w:pPr>
        <w:spacing w:after="60"/>
      </w:pPr>
      <w:r>
        <w:rPr>
          <w:rFonts w:ascii="Arial" w:hAnsi="Arial"/>
          <w:b w:val="0"/>
          <w:sz w:val="21"/>
        </w:rPr>
        <w:t>04  PHÁT TRIỂN ĐỘI NGŨ — Tôi xây con người thế nào?</w:t>
      </w:r>
    </w:p>
    <w:p>
      <w:pPr>
        <w:spacing w:after="60"/>
      </w:pPr>
      <w:r>
        <w:rPr>
          <w:rFonts w:ascii="Arial" w:hAnsi="Arial"/>
          <w:b w:val="0"/>
          <w:sz w:val="21"/>
        </w:rPr>
        <w:t>05  PHÁT TRIỂN DOANH NGHIỆP — Tôi tạo ra tổ chức nào?</w:t>
      </w:r>
    </w:p>
    <w:p>
      <w:pPr>
        <w:spacing w:after="60"/>
      </w:pPr>
      <w:r>
        <w:rPr>
          <w:rFonts w:ascii="Arial" w:hAnsi="Arial"/>
          <w:b w:val="0"/>
          <w:sz w:val="21"/>
        </w:rPr>
        <w:t>ĐÍCH ĐẾN: DOANH NGHIỆP HẠNH PHÚC</w:t>
      </w:r>
    </w:p>
    <w:p>
      <w:pPr>
        <w:spacing w:after="60"/>
      </w:pPr>
      <w:r>
        <w:rPr>
          <w:rFonts w:ascii="Arial" w:hAnsi="Arial"/>
          <w:b w:val="0"/>
          <w:sz w:val="21"/>
        </w:rPr>
        <w:t>CON NGƯỜI TRƯỞNG THÀNH  •  ĐỘI NGŨ PHÁT TRIỂN  •  CEO TỰ DO</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Một con đường 5 chặng hướng về đích. “DOANH NGHIỆP HẠNH PHÚC” là điểm nhấn lớn nhất. Có thể dùng nền trắng và đường đỏ đi lên để giữ cảm giác doanh nghiệp.</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tổ chức làm việc tích cực hoặc ảnh Vũ Thị Doan đứng trước lớp/doanh nghiệp. Ưu tiên ảnh thật.</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“Tôi không muốn mọi người chỉ nhớ Vũ Thị Doan làm Thần số học. Bản đồ là cánh cửa đầu tiên. Điều tôi theo đuổi là hành trình trưởng thành của người chủ doanh nghiệp: hiểu mình, làm chủ mình, hiểu con người, phát triển đội ngũ và xây dựng doanh nghiệp hạnh phúc. Ở đó, con người trưởng thành, đội ngũ phát triển và CEO có nhiều tự do hơn.”</w:t>
            </w:r>
          </w:p>
        </w:tc>
      </w:tr>
    </w:tbl>
    <w:p>
      <w:pPr>
        <w:pStyle w:val="Heading3"/>
      </w:pPr>
      <w:r>
        <w:t>Câu chuyển</w:t>
      </w:r>
    </w:p>
    <w:p>
      <w:pPr>
        <w:pStyle w:val="QuoteRed"/>
      </w:pPr>
      <w:r>
        <w:t>“Vậy, trong mạng lưới của anh chị, ai đang cần bắt đầu hành trình này?”</w:t>
      </w:r>
    </w:p>
    <w:p>
      <w:r>
        <w:br w:type="page"/>
      </w:r>
    </w:p>
    <w:p>
      <w:pPr>
        <w:shd w:fill="C8102E"/>
      </w:pPr>
      <w:r>
        <w:rPr>
          <w:rFonts w:ascii="Arial" w:hAnsi="Arial"/>
          <w:b/>
          <w:color w:val="FFFFFF"/>
          <w:sz w:val="20"/>
        </w:rPr>
        <w:t>SLIDE 08</w:t>
      </w:r>
    </w:p>
    <w:p>
      <w:pPr>
        <w:pStyle w:val="Heading1"/>
        <w:pBdr>
          <w:bottom w:val="single" w:sz="12" w:space="5" w:color="C8102E"/>
        </w:pBdr>
      </w:pPr>
      <w:r>
        <w:t>LỜI KÊU GỌI KẾT NỐI</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55–60 giây</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Giúp thành viên BNI nhận diện đúng referral và đối tác chiến lược.</w:t>
            </w:r>
          </w:p>
        </w:tc>
      </w:tr>
    </w:tbl>
    <w:p>
      <w:pPr>
        <w:spacing w:after="0"/>
      </w:pPr>
    </w:p>
    <w:p>
      <w:pPr>
        <w:pStyle w:val="Heading2"/>
      </w:pPr>
      <w:r>
        <w:t>Nội dung bắt buộc trên slide</w:t>
      </w:r>
    </w:p>
    <w:p>
      <w:pPr>
        <w:spacing w:after="60"/>
      </w:pPr>
      <w:r>
        <w:rPr>
          <w:rFonts w:ascii="Arial" w:hAnsi="Arial"/>
          <w:b w:val="0"/>
          <w:sz w:val="21"/>
        </w:rPr>
        <w:t>KHÁCH HÀNG TÔI MUỐN GẶP</w:t>
      </w:r>
    </w:p>
    <w:p>
      <w:pPr>
        <w:spacing w:after="60"/>
      </w:pPr>
      <w:r>
        <w:rPr>
          <w:rFonts w:ascii="Arial" w:hAnsi="Arial"/>
          <w:b w:val="0"/>
          <w:sz w:val="21"/>
        </w:rPr>
        <w:t>Chủ doanh nghiệp / Manager đang nói: “Tôi muốn hiểu mình hơn.” “Tôi đang mất phương hướng.” “Tôi muốn thay đổi nhưng chưa biết bắt đầu từ đâu.” “Muốn doanh nghiệp thay đổi, có lẽ chính tôi phải thay đổi trước.”</w:t>
      </w:r>
    </w:p>
    <w:p>
      <w:pPr>
        <w:spacing w:after="60"/>
      </w:pPr>
      <w:r>
        <w:rPr>
          <w:rFonts w:ascii="Arial" w:hAnsi="Arial"/>
          <w:b w:val="0"/>
          <w:sz w:val="21"/>
        </w:rPr>
        <w:t>ĐỐI TÁC TÔI MUỐN GẶP</w:t>
      </w:r>
    </w:p>
    <w:p>
      <w:pPr>
        <w:spacing w:after="60"/>
      </w:pPr>
      <w:r>
        <w:rPr>
          <w:rFonts w:ascii="Arial" w:hAnsi="Arial"/>
          <w:b w:val="0"/>
          <w:sz w:val="21"/>
        </w:rPr>
        <w:t>Coach/Mentor • Chuyên gia nhân sự • Tư vấn doanh nghiệp • Chủ cộng đồng CEO • Đơn vị đào tạo</w:t>
      </w:r>
    </w:p>
    <w:p>
      <w:pPr>
        <w:spacing w:after="60"/>
      </w:pPr>
      <w:r>
        <w:rPr>
          <w:rFonts w:ascii="Arial" w:hAnsi="Arial"/>
          <w:b w:val="0"/>
          <w:sz w:val="21"/>
        </w:rPr>
        <w:t>Referral chéo • Workshop chung • Hợp tác đào tạo • Cùng tạo giá trị</w:t>
      </w:r>
    </w:p>
    <w:p>
      <w:pPr>
        <w:spacing w:after="60"/>
      </w:pPr>
      <w:r>
        <w:rPr>
          <w:rFonts w:ascii="Arial" w:hAnsi="Arial"/>
          <w:b/>
          <w:sz w:val="21"/>
        </w:rPr>
        <w:t>CTA: CÙNG TỆP KHÁCH HÀNG? HẸN TÔI 1-2-1.</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Chia 50/50. Nửa trái là khách hàng, nửa phải là đối tác. CTA nằm trong dải đỏ toàn chiều ngang ở cuối. Mỗi nửa tối đa 5 dòng chính.</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Hai ảnh thật: một chủ doanh nghiệp/manager suy tư và một hoạt động workshop/kết nối chuyên gia. Có thể thay bằng icon line để slide thoáng.</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“Referral tôi mong muốn là chủ doanh nghiệp hoặc manager đang muốn hiểu mình, đang mất phương hướng, muốn thay đổi nhưng chưa biết bắt đầu từ đâu, hoặc nhận ra doanh nghiệp muốn đổi thì chính người chủ cần đổi trước. Tôi cũng muốn kết nối với coach, chuyên gia nhân sự, tư vấn doanh nghiệp, chủ cộng đồng CEO và đơn vị đào tạo để referral chéo, làm workshop chung và cùng tạo giá trị. Nếu chúng ta đang phục vụ cùng một tệp khách hàng, hãy hẹn tôi một buổi 1-2-1.”</w:t>
            </w:r>
          </w:p>
        </w:tc>
      </w:tr>
    </w:tbl>
    <w:p>
      <w:pPr>
        <w:pStyle w:val="Heading3"/>
      </w:pPr>
      <w:r>
        <w:t>Câu chuyển</w:t>
      </w:r>
    </w:p>
    <w:p>
      <w:pPr>
        <w:pStyle w:val="QuoteRed"/>
      </w:pPr>
      <w:r>
        <w:t>“Tôi xin kết lại bằng một câu để anh chị nhớ về hành trình này.”</w:t>
      </w:r>
    </w:p>
    <w:p>
      <w:pPr>
        <w:pStyle w:val="Heading3"/>
      </w:pPr>
      <w:r>
        <w:t>Lưu ý sản xuất</w:t>
      </w:r>
    </w:p>
    <w:p>
      <w:pPr>
        <w:pStyle w:val="ListBullet"/>
        <w:spacing w:after="60"/>
      </w:pPr>
      <w:r>
        <w:rPr>
          <w:rFonts w:ascii="Arial" w:hAnsi="Arial"/>
          <w:sz w:val="19"/>
        </w:rPr>
        <w:t>Nếu có số điện thoại, QR hoặc mã BNI, đặt cạnh CTA nhưng không làm nhỏ CTA.</w:t>
      </w:r>
    </w:p>
    <w:p>
      <w:pPr>
        <w:pStyle w:val="ListBullet"/>
        <w:spacing w:after="60"/>
      </w:pPr>
      <w:r>
        <w:rPr>
          <w:rFonts w:ascii="Arial" w:hAnsi="Arial"/>
          <w:sz w:val="19"/>
        </w:rPr>
        <w:t>Không dùng cụm chung chung “người có nhu cầu Thần số học”.</w:t>
      </w:r>
    </w:p>
    <w:p>
      <w:r>
        <w:br w:type="page"/>
      </w:r>
    </w:p>
    <w:p>
      <w:pPr>
        <w:shd w:fill="C8102E"/>
      </w:pPr>
      <w:r>
        <w:rPr>
          <w:rFonts w:ascii="Arial" w:hAnsi="Arial"/>
          <w:b/>
          <w:color w:val="FFFFFF"/>
          <w:sz w:val="20"/>
        </w:rPr>
        <w:t>SLIDE 09</w:t>
      </w:r>
    </w:p>
    <w:p>
      <w:pPr>
        <w:pStyle w:val="Heading1"/>
        <w:pBdr>
          <w:bottom w:val="single" w:sz="12" w:space="5" w:color="C8102E"/>
        </w:pBdr>
      </w:pPr>
      <w:r>
        <w:t>CÂU KẾT / MEMORY TRIGGER</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THỜI LƯỢNG</w:t>
            </w:r>
          </w:p>
        </w:tc>
        <w:tc>
          <w:tcPr>
            <w:tcW w:type="dxa" w:w="5083"/>
            <w:shd w:fill="FFFFFF"/>
            <w:vAlign w:val="center"/>
            <w:tcMar>
              <w:top w:w="90" w:type="dxa"/>
              <w:start w:w="110" w:type="dxa"/>
              <w:bottom w:w="90" w:type="dxa"/>
              <w:end w:w="110" w:type="dxa"/>
            </w:tcMar>
          </w:tcPr>
          <w:p>
            <w:r/>
            <w:r>
              <w:rPr>
                <w:rFonts w:ascii="Arial" w:hAnsi="Arial"/>
                <w:b w:val="0"/>
                <w:color w:val="202124"/>
                <w:sz w:val="18"/>
              </w:rPr>
              <w:t>10–15 giây, hoặc gộp Slide 8</w:t>
            </w:r>
          </w:p>
        </w:tc>
      </w:tr>
      <w:tr>
        <w:tc>
          <w:tcPr>
            <w:tcW w:type="dxa" w:w="5083"/>
            <w:shd w:fill="FBEAEC"/>
            <w:vAlign w:val="center"/>
            <w:tcMar>
              <w:top w:w="90" w:type="dxa"/>
              <w:start w:w="110" w:type="dxa"/>
              <w:bottom w:w="90" w:type="dxa"/>
              <w:end w:w="110" w:type="dxa"/>
            </w:tcMar>
          </w:tcPr>
          <w:p>
            <w:r/>
            <w:r>
              <w:rPr>
                <w:rFonts w:ascii="Arial" w:hAnsi="Arial"/>
                <w:b/>
                <w:color w:val="C8102E"/>
                <w:sz w:val="18"/>
              </w:rPr>
              <w:t>MỤC TIÊU</w:t>
            </w:r>
          </w:p>
        </w:tc>
        <w:tc>
          <w:tcPr>
            <w:tcW w:type="dxa" w:w="5083"/>
            <w:shd w:fill="FFFFFF"/>
            <w:vAlign w:val="center"/>
            <w:tcMar>
              <w:top w:w="90" w:type="dxa"/>
              <w:start w:w="110" w:type="dxa"/>
              <w:bottom w:w="90" w:type="dxa"/>
              <w:end w:w="110" w:type="dxa"/>
            </w:tcMar>
          </w:tcPr>
          <w:p>
            <w:r/>
            <w:r>
              <w:rPr>
                <w:rFonts w:ascii="Arial" w:hAnsi="Arial"/>
                <w:b w:val="0"/>
                <w:color w:val="202124"/>
                <w:sz w:val="18"/>
              </w:rPr>
              <w:t>Để lại một câu nhớ rõ ràng, không thêm thông tin mới.</w:t>
            </w:r>
          </w:p>
        </w:tc>
      </w:tr>
    </w:tbl>
    <w:p>
      <w:pPr>
        <w:spacing w:after="0"/>
      </w:pPr>
    </w:p>
    <w:p>
      <w:pPr>
        <w:pStyle w:val="Heading2"/>
      </w:pPr>
      <w:r>
        <w:t>Nội dung bắt buộc trên slide</w:t>
      </w:r>
    </w:p>
    <w:p>
      <w:pPr>
        <w:spacing w:after="60"/>
      </w:pPr>
      <w:r>
        <w:rPr>
          <w:rFonts w:ascii="Arial" w:hAnsi="Arial"/>
          <w:b w:val="0"/>
          <w:sz w:val="21"/>
        </w:rPr>
        <w:t>“MỘT TẤM BẢN ĐỒ KHÔNG QUYẾT ĐỊNH BẠN SẼ ĐI ĐÂU.</w:t>
      </w:r>
    </w:p>
    <w:p>
      <w:pPr>
        <w:spacing w:after="60"/>
      </w:pPr>
      <w:r>
        <w:rPr>
          <w:rFonts w:ascii="Arial" w:hAnsi="Arial"/>
          <w:b w:val="0"/>
          <w:sz w:val="21"/>
        </w:rPr>
        <w:t>NHƯNG HIỂU MÌNH GIÚP BẠN CHỦ ĐỘNG HƠN KHI LỰA CHỌN CON ĐƯỜNG.”</w:t>
      </w:r>
    </w:p>
    <w:p>
      <w:pPr>
        <w:spacing w:after="60"/>
      </w:pPr>
      <w:r>
        <w:rPr>
          <w:rFonts w:ascii="Arial" w:hAnsi="Arial"/>
          <w:b w:val="0"/>
          <w:sz w:val="21"/>
        </w:rPr>
        <w:t>VŨ THỊ DOAN</w:t>
      </w:r>
    </w:p>
    <w:p>
      <w:pPr>
        <w:spacing w:after="60"/>
      </w:pPr>
      <w:r>
        <w:rPr>
          <w:rFonts w:ascii="Arial" w:hAnsi="Arial"/>
          <w:b w:val="0"/>
          <w:sz w:val="21"/>
        </w:rPr>
        <w:t>Thấu hiểu Con người • Phát triển Lãnh đạo • Xây dựng Doanh nghiệp Hạnh phúc</w:t>
      </w:r>
    </w:p>
    <w:p>
      <w:pPr>
        <w:pStyle w:val="Heading2"/>
      </w:pPr>
      <w:r>
        <w:t>Chỉ dẫn thiết kế</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BỐ CỤC</w:t>
            </w:r>
          </w:p>
        </w:tc>
        <w:tc>
          <w:tcPr>
            <w:tcW w:type="dxa" w:w="5083"/>
            <w:shd w:fill="FFFFFF"/>
            <w:vAlign w:val="center"/>
            <w:tcMar>
              <w:top w:w="90" w:type="dxa"/>
              <w:start w:w="110" w:type="dxa"/>
              <w:bottom w:w="90" w:type="dxa"/>
              <w:end w:w="110" w:type="dxa"/>
            </w:tcMar>
          </w:tcPr>
          <w:p>
            <w:r/>
            <w:r>
              <w:rPr>
                <w:rFonts w:ascii="Arial" w:hAnsi="Arial"/>
                <w:b w:val="0"/>
                <w:color w:val="202124"/>
                <w:sz w:val="18"/>
              </w:rPr>
              <w:t>Ảnh toàn màn hình có khoảng trống đặt chữ. Câu trích dẫn chiếm trung tâm. Tên và định vị ở chân slide. Nếu bài tập dượt vượt 8 phút, gộp toàn bộ phần này vào cuối Slide 8.</w:t>
            </w:r>
          </w:p>
        </w:tc>
      </w:tr>
      <w:tr>
        <w:tc>
          <w:tcPr>
            <w:tcW w:type="dxa" w:w="5083"/>
            <w:shd w:fill="FBEAEC"/>
            <w:vAlign w:val="center"/>
            <w:tcMar>
              <w:top w:w="90" w:type="dxa"/>
              <w:start w:w="110" w:type="dxa"/>
              <w:bottom w:w="90" w:type="dxa"/>
              <w:end w:w="110" w:type="dxa"/>
            </w:tcMar>
          </w:tcPr>
          <w:p>
            <w:r/>
            <w:r>
              <w:rPr>
                <w:rFonts w:ascii="Arial" w:hAnsi="Arial"/>
                <w:b/>
                <w:color w:val="C8102E"/>
                <w:sz w:val="18"/>
              </w:rPr>
              <w:t>HÌNH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Chân dung Vũ Thị Doan hoặc con đường rõ đích đến. Phủ lớp đen/xám nhẹ để chữ trắng đọc rõ.</w:t>
            </w:r>
          </w:p>
        </w:tc>
      </w:tr>
    </w:tbl>
    <w:p>
      <w:pPr>
        <w:spacing w:after="0"/>
      </w:pPr>
    </w:p>
    <w:p>
      <w:pPr>
        <w:pStyle w:val="Heading2"/>
      </w:pPr>
      <w:r>
        <w:t>Lời thoại gợi ý</w:t>
      </w:r>
    </w:p>
    <w:tbl>
      <w:tblPr>
        <w:tblW w:type="auto" w:w="0"/>
        <w:tblLook w:firstColumn="1" w:firstRow="1" w:lastColumn="0" w:lastRow="0" w:noHBand="0" w:noVBand="1" w:val="04A0"/>
      </w:tblPr>
      <w:tblGrid>
        <w:gridCol w:w="10166"/>
      </w:tblGrid>
      <w:tr>
        <w:tc>
          <w:tcPr>
            <w:tcW w:type="dxa" w:w="10166"/>
            <w:shd w:fill="F4F5F7"/>
            <w:tcMar>
              <w:top w:w="130" w:type="dxa"/>
              <w:start w:w="150" w:type="dxa"/>
              <w:bottom w:w="130" w:type="dxa"/>
              <w:end w:w="150" w:type="dxa"/>
            </w:tcMar>
          </w:tcPr>
          <w:p>
            <w:r/>
            <w:r>
              <w:rPr>
                <w:rFonts w:ascii="Arial" w:hAnsi="Arial"/>
                <w:color w:val="202124"/>
                <w:sz w:val="18"/>
              </w:rPr>
              <w:t>“Một tấm bản đồ không quyết định bạn sẽ đi đâu. Nhưng hiểu mình giúp bạn chủ động hơn khi lựa chọn con đường. Tôi là Vũ Thị Doan. Cảm ơn quý anh chị.”</w:t>
            </w:r>
          </w:p>
        </w:tc>
      </w:tr>
    </w:tbl>
    <w:p>
      <w:pPr>
        <w:pStyle w:val="Heading3"/>
      </w:pPr>
      <w:r>
        <w:t>Lưu ý sản xuất</w:t>
      </w:r>
    </w:p>
    <w:p>
      <w:pPr>
        <w:pStyle w:val="ListBullet"/>
        <w:spacing w:after="60"/>
      </w:pPr>
      <w:r>
        <w:rPr>
          <w:rFonts w:ascii="Arial" w:hAnsi="Arial"/>
          <w:sz w:val="19"/>
        </w:rPr>
        <w:t>Giữ slide tĩnh trong 2–3 giây sau câu cảm ơn.</w:t>
      </w:r>
    </w:p>
    <w:p>
      <w:pPr>
        <w:pStyle w:val="ListBullet"/>
        <w:spacing w:after="60"/>
      </w:pPr>
      <w:r>
        <w:rPr>
          <w:rFonts w:ascii="Arial" w:hAnsi="Arial"/>
          <w:sz w:val="19"/>
        </w:rPr>
        <w:t>Không thêm sản phẩm, giá bán hoặc CTA mới.</w:t>
      </w:r>
    </w:p>
    <w:p>
      <w:r>
        <w:br w:type="page"/>
      </w:r>
    </w:p>
    <w:p>
      <w:pPr>
        <w:pStyle w:val="Heading1"/>
      </w:pPr>
      <w:r>
        <w:t>4. Bảng thời lượng luyện tập</w:t>
      </w:r>
    </w:p>
    <w:p>
      <w:r>
        <w:t>Mốc dưới đây dùng để bấm giờ trong buổi rehearsal. Tổng mục tiêu: 7 phút 45 giây đến 8 phút, bao gồm khoảng dừng và chuyển slide.</w:t>
      </w:r>
    </w:p>
    <w:tbl>
      <w:tblPr>
        <w:tblW w:type="auto" w:w="0"/>
        <w:jc w:val="center"/>
        <w:tblLook w:firstColumn="1" w:firstRow="1" w:lastColumn="0" w:lastRow="0" w:noHBand="0" w:noVBand="1" w:val="04A0"/>
      </w:tblPr>
      <w:tblGrid>
        <w:gridCol w:w="2541"/>
        <w:gridCol w:w="2541"/>
        <w:gridCol w:w="2541"/>
        <w:gridCol w:w="2541"/>
      </w:tblGrid>
      <w:tr>
        <w:trPr>
          <w:tblHeader w:val="true"/>
        </w:trPr>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SLIDE</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THỜI LƯỢNG</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MỐC LŨY KẾ</w:t>
            </w:r>
          </w:p>
        </w:tc>
        <w:tc>
          <w:tcPr>
            <w:tcW w:type="dxa" w:w="2541"/>
            <w:shd w:fill="C8102E"/>
            <w:vAlign w:val="center"/>
            <w:tcMar>
              <w:top w:w="90" w:type="dxa"/>
              <w:start w:w="110" w:type="dxa"/>
              <w:bottom w:w="90" w:type="dxa"/>
              <w:end w:w="110" w:type="dxa"/>
            </w:tcMar>
          </w:tcPr>
          <w:p>
            <w:pPr>
              <w:jc w:val="center"/>
            </w:pPr>
            <w:r/>
            <w:r>
              <w:rPr>
                <w:rFonts w:ascii="Arial" w:hAnsi="Arial"/>
                <w:b/>
                <w:color w:val="FFFFFF"/>
                <w:sz w:val="18"/>
              </w:rPr>
              <w:t>HÀNH ĐỘNG CHÍNH</w:t>
            </w:r>
          </w:p>
        </w:tc>
      </w:tr>
      <w:tr>
        <w:tc>
          <w:tcPr>
            <w:tcW w:type="dxa" w:w="2541"/>
            <w:shd w:fill="FFFFFF"/>
            <w:vAlign w:val="center"/>
            <w:tcMar>
              <w:top w:w="90" w:type="dxa"/>
              <w:start w:w="110" w:type="dxa"/>
              <w:bottom w:w="90" w:type="dxa"/>
              <w:end w:w="110" w:type="dxa"/>
            </w:tcMar>
          </w:tcPr>
          <w:p>
            <w:pPr>
              <w:jc w:val="center"/>
            </w:pPr>
            <w:r/>
            <w:r>
              <w:rPr>
                <w:rFonts w:ascii="Arial" w:hAnsi="Arial"/>
                <w:b/>
                <w:color w:val="202124"/>
                <w:sz w:val="18"/>
              </w:rPr>
              <w:t>1</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1:00</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1:00</w:t>
            </w:r>
          </w:p>
        </w:tc>
        <w:tc>
          <w:tcPr>
            <w:tcW w:type="dxa" w:w="2541"/>
            <w:shd w:fill="FFFFFF"/>
            <w:vAlign w:val="center"/>
            <w:tcMar>
              <w:top w:w="90" w:type="dxa"/>
              <w:start w:w="110" w:type="dxa"/>
              <w:bottom w:w="90" w:type="dxa"/>
              <w:end w:w="110" w:type="dxa"/>
            </w:tcMar>
          </w:tcPr>
          <w:p>
            <w:r/>
            <w:r>
              <w:rPr>
                <w:rFonts w:ascii="Arial" w:hAnsi="Arial"/>
                <w:b w:val="0"/>
                <w:color w:val="202124"/>
                <w:sz w:val="18"/>
              </w:rPr>
              <w:t>Định vị</w:t>
            </w:r>
          </w:p>
        </w:tc>
      </w:tr>
      <w:tr>
        <w:tc>
          <w:tcPr>
            <w:tcW w:type="dxa" w:w="2541"/>
            <w:shd w:fill="F4F5F7"/>
            <w:vAlign w:val="center"/>
            <w:tcMar>
              <w:top w:w="90" w:type="dxa"/>
              <w:start w:w="110" w:type="dxa"/>
              <w:bottom w:w="90" w:type="dxa"/>
              <w:end w:w="110" w:type="dxa"/>
            </w:tcMar>
          </w:tcPr>
          <w:p>
            <w:pPr>
              <w:jc w:val="center"/>
            </w:pPr>
            <w:r/>
            <w:r>
              <w:rPr>
                <w:rFonts w:ascii="Arial" w:hAnsi="Arial"/>
                <w:b/>
                <w:color w:val="202124"/>
                <w:sz w:val="18"/>
              </w:rPr>
              <w:t>2</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0:50</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1:50</w:t>
            </w:r>
          </w:p>
        </w:tc>
        <w:tc>
          <w:tcPr>
            <w:tcW w:type="dxa" w:w="2541"/>
            <w:shd w:fill="F4F5F7"/>
            <w:vAlign w:val="center"/>
            <w:tcMar>
              <w:top w:w="90" w:type="dxa"/>
              <w:start w:w="110" w:type="dxa"/>
              <w:bottom w:w="90" w:type="dxa"/>
              <w:end w:w="110" w:type="dxa"/>
            </w:tcMar>
          </w:tcPr>
          <w:p>
            <w:r/>
            <w:r>
              <w:rPr>
                <w:rFonts w:ascii="Arial" w:hAnsi="Arial"/>
                <w:b w:val="0"/>
                <w:color w:val="202124"/>
                <w:sz w:val="18"/>
              </w:rPr>
              <w:t>Tạo nhu cầu</w:t>
            </w:r>
          </w:p>
        </w:tc>
      </w:tr>
      <w:tr>
        <w:tc>
          <w:tcPr>
            <w:tcW w:type="dxa" w:w="2541"/>
            <w:shd w:fill="FFFFFF"/>
            <w:vAlign w:val="center"/>
            <w:tcMar>
              <w:top w:w="90" w:type="dxa"/>
              <w:start w:w="110" w:type="dxa"/>
              <w:bottom w:w="90" w:type="dxa"/>
              <w:end w:w="110" w:type="dxa"/>
            </w:tcMar>
          </w:tcPr>
          <w:p>
            <w:pPr>
              <w:jc w:val="center"/>
            </w:pPr>
            <w:r/>
            <w:r>
              <w:rPr>
                <w:rFonts w:ascii="Arial" w:hAnsi="Arial"/>
                <w:b/>
                <w:color w:val="202124"/>
                <w:sz w:val="18"/>
              </w:rPr>
              <w:t>3</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0:50</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2:40</w:t>
            </w:r>
          </w:p>
        </w:tc>
        <w:tc>
          <w:tcPr>
            <w:tcW w:type="dxa" w:w="2541"/>
            <w:shd w:fill="FFFFFF"/>
            <w:vAlign w:val="center"/>
            <w:tcMar>
              <w:top w:w="90" w:type="dxa"/>
              <w:start w:w="110" w:type="dxa"/>
              <w:bottom w:w="90" w:type="dxa"/>
              <w:end w:w="110" w:type="dxa"/>
            </w:tcMar>
          </w:tcPr>
          <w:p>
            <w:r/>
            <w:r>
              <w:rPr>
                <w:rFonts w:ascii="Arial" w:hAnsi="Arial"/>
                <w:b w:val="0"/>
                <w:color w:val="202124"/>
                <w:sz w:val="18"/>
              </w:rPr>
              <w:t>Giá trị Bản đồ</w:t>
            </w:r>
          </w:p>
        </w:tc>
      </w:tr>
      <w:tr>
        <w:tc>
          <w:tcPr>
            <w:tcW w:type="dxa" w:w="2541"/>
            <w:shd w:fill="F4F5F7"/>
            <w:vAlign w:val="center"/>
            <w:tcMar>
              <w:top w:w="90" w:type="dxa"/>
              <w:start w:w="110" w:type="dxa"/>
              <w:bottom w:w="90" w:type="dxa"/>
              <w:end w:w="110" w:type="dxa"/>
            </w:tcMar>
          </w:tcPr>
          <w:p>
            <w:pPr>
              <w:jc w:val="center"/>
            </w:pPr>
            <w:r/>
            <w:r>
              <w:rPr>
                <w:rFonts w:ascii="Arial" w:hAnsi="Arial"/>
                <w:b/>
                <w:color w:val="202124"/>
                <w:sz w:val="18"/>
              </w:rPr>
              <w:t>4</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0:45</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3:25</w:t>
            </w:r>
          </w:p>
        </w:tc>
        <w:tc>
          <w:tcPr>
            <w:tcW w:type="dxa" w:w="2541"/>
            <w:shd w:fill="F4F5F7"/>
            <w:vAlign w:val="center"/>
            <w:tcMar>
              <w:top w:w="90" w:type="dxa"/>
              <w:start w:w="110" w:type="dxa"/>
              <w:bottom w:w="90" w:type="dxa"/>
              <w:end w:w="110" w:type="dxa"/>
            </w:tcMar>
          </w:tcPr>
          <w:p>
            <w:r/>
            <w:r>
              <w:rPr>
                <w:rFonts w:ascii="Arial" w:hAnsi="Arial"/>
                <w:b w:val="0"/>
                <w:color w:val="202124"/>
                <w:sz w:val="18"/>
              </w:rPr>
              <w:t>Chuyển sang hành động</w:t>
            </w:r>
          </w:p>
        </w:tc>
      </w:tr>
      <w:tr>
        <w:tc>
          <w:tcPr>
            <w:tcW w:type="dxa" w:w="2541"/>
            <w:shd w:fill="FFFFFF"/>
            <w:vAlign w:val="center"/>
            <w:tcMar>
              <w:top w:w="90" w:type="dxa"/>
              <w:start w:w="110" w:type="dxa"/>
              <w:bottom w:w="90" w:type="dxa"/>
              <w:end w:w="110" w:type="dxa"/>
            </w:tcMar>
          </w:tcPr>
          <w:p>
            <w:pPr>
              <w:jc w:val="center"/>
            </w:pPr>
            <w:r/>
            <w:r>
              <w:rPr>
                <w:rFonts w:ascii="Arial" w:hAnsi="Arial"/>
                <w:b/>
                <w:color w:val="202124"/>
                <w:sz w:val="18"/>
              </w:rPr>
              <w:t>5</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0:55</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4:20</w:t>
            </w:r>
          </w:p>
        </w:tc>
        <w:tc>
          <w:tcPr>
            <w:tcW w:type="dxa" w:w="2541"/>
            <w:shd w:fill="FFFFFF"/>
            <w:vAlign w:val="center"/>
            <w:tcMar>
              <w:top w:w="90" w:type="dxa"/>
              <w:start w:w="110" w:type="dxa"/>
              <w:bottom w:w="90" w:type="dxa"/>
              <w:end w:w="110" w:type="dxa"/>
            </w:tcMar>
          </w:tcPr>
          <w:p>
            <w:r/>
            <w:r>
              <w:rPr>
                <w:rFonts w:ascii="Arial" w:hAnsi="Arial"/>
                <w:b w:val="0"/>
                <w:color w:val="202124"/>
                <w:sz w:val="18"/>
              </w:rPr>
              <w:t>Hiểu người, lãnh đạo</w:t>
            </w:r>
          </w:p>
        </w:tc>
      </w:tr>
      <w:tr>
        <w:tc>
          <w:tcPr>
            <w:tcW w:type="dxa" w:w="2541"/>
            <w:shd w:fill="F4F5F7"/>
            <w:vAlign w:val="center"/>
            <w:tcMar>
              <w:top w:w="90" w:type="dxa"/>
              <w:start w:w="110" w:type="dxa"/>
              <w:bottom w:w="90" w:type="dxa"/>
              <w:end w:w="110" w:type="dxa"/>
            </w:tcMar>
          </w:tcPr>
          <w:p>
            <w:pPr>
              <w:jc w:val="center"/>
            </w:pPr>
            <w:r/>
            <w:r>
              <w:rPr>
                <w:rFonts w:ascii="Arial" w:hAnsi="Arial"/>
                <w:b/>
                <w:color w:val="202124"/>
                <w:sz w:val="18"/>
              </w:rPr>
              <w:t>6</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1:10</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5:30</w:t>
            </w:r>
          </w:p>
        </w:tc>
        <w:tc>
          <w:tcPr>
            <w:tcW w:type="dxa" w:w="2541"/>
            <w:shd w:fill="F4F5F7"/>
            <w:vAlign w:val="center"/>
            <w:tcMar>
              <w:top w:w="90" w:type="dxa"/>
              <w:start w:w="110" w:type="dxa"/>
              <w:bottom w:w="90" w:type="dxa"/>
              <w:end w:w="110" w:type="dxa"/>
            </w:tcMar>
          </w:tcPr>
          <w:p>
            <w:r/>
            <w:r>
              <w:rPr>
                <w:rFonts w:ascii="Arial" w:hAnsi="Arial"/>
                <w:b w:val="0"/>
                <w:color w:val="202124"/>
                <w:sz w:val="18"/>
              </w:rPr>
              <w:t>Hệ sinh thái</w:t>
            </w:r>
          </w:p>
        </w:tc>
      </w:tr>
      <w:tr>
        <w:tc>
          <w:tcPr>
            <w:tcW w:type="dxa" w:w="2541"/>
            <w:shd w:fill="FFFFFF"/>
            <w:vAlign w:val="center"/>
            <w:tcMar>
              <w:top w:w="90" w:type="dxa"/>
              <w:start w:w="110" w:type="dxa"/>
              <w:bottom w:w="90" w:type="dxa"/>
              <w:end w:w="110" w:type="dxa"/>
            </w:tcMar>
          </w:tcPr>
          <w:p>
            <w:pPr>
              <w:jc w:val="center"/>
            </w:pPr>
            <w:r/>
            <w:r>
              <w:rPr>
                <w:rFonts w:ascii="Arial" w:hAnsi="Arial"/>
                <w:b/>
                <w:color w:val="202124"/>
                <w:sz w:val="18"/>
              </w:rPr>
              <w:t>7</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1:00</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6:30</w:t>
            </w:r>
          </w:p>
        </w:tc>
        <w:tc>
          <w:tcPr>
            <w:tcW w:type="dxa" w:w="2541"/>
            <w:shd w:fill="FFFFFF"/>
            <w:vAlign w:val="center"/>
            <w:tcMar>
              <w:top w:w="90" w:type="dxa"/>
              <w:start w:w="110" w:type="dxa"/>
              <w:bottom w:w="90" w:type="dxa"/>
              <w:end w:w="110" w:type="dxa"/>
            </w:tcMar>
          </w:tcPr>
          <w:p>
            <w:r/>
            <w:r>
              <w:rPr>
                <w:rFonts w:ascii="Arial" w:hAnsi="Arial"/>
                <w:b w:val="0"/>
                <w:color w:val="202124"/>
                <w:sz w:val="18"/>
              </w:rPr>
              <w:t>Đích đến</w:t>
            </w:r>
          </w:p>
        </w:tc>
      </w:tr>
      <w:tr>
        <w:tc>
          <w:tcPr>
            <w:tcW w:type="dxa" w:w="2541"/>
            <w:shd w:fill="F4F5F7"/>
            <w:vAlign w:val="center"/>
            <w:tcMar>
              <w:top w:w="90" w:type="dxa"/>
              <w:start w:w="110" w:type="dxa"/>
              <w:bottom w:w="90" w:type="dxa"/>
              <w:end w:w="110" w:type="dxa"/>
            </w:tcMar>
          </w:tcPr>
          <w:p>
            <w:pPr>
              <w:jc w:val="center"/>
            </w:pPr>
            <w:r/>
            <w:r>
              <w:rPr>
                <w:rFonts w:ascii="Arial" w:hAnsi="Arial"/>
                <w:b/>
                <w:color w:val="202124"/>
                <w:sz w:val="18"/>
              </w:rPr>
              <w:t>8</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1:10</w:t>
            </w:r>
          </w:p>
        </w:tc>
        <w:tc>
          <w:tcPr>
            <w:tcW w:type="dxa" w:w="2541"/>
            <w:shd w:fill="F4F5F7"/>
            <w:vAlign w:val="center"/>
            <w:tcMar>
              <w:top w:w="90" w:type="dxa"/>
              <w:start w:w="110" w:type="dxa"/>
              <w:bottom w:w="90" w:type="dxa"/>
              <w:end w:w="110" w:type="dxa"/>
            </w:tcMar>
          </w:tcPr>
          <w:p>
            <w:pPr>
              <w:jc w:val="center"/>
            </w:pPr>
            <w:r/>
            <w:r>
              <w:rPr>
                <w:rFonts w:ascii="Arial" w:hAnsi="Arial"/>
                <w:b w:val="0"/>
                <w:color w:val="202124"/>
                <w:sz w:val="18"/>
              </w:rPr>
              <w:t>7:40</w:t>
            </w:r>
          </w:p>
        </w:tc>
        <w:tc>
          <w:tcPr>
            <w:tcW w:type="dxa" w:w="2541"/>
            <w:shd w:fill="F4F5F7"/>
            <w:vAlign w:val="center"/>
            <w:tcMar>
              <w:top w:w="90" w:type="dxa"/>
              <w:start w:w="110" w:type="dxa"/>
              <w:bottom w:w="90" w:type="dxa"/>
              <w:end w:w="110" w:type="dxa"/>
            </w:tcMar>
          </w:tcPr>
          <w:p>
            <w:r/>
            <w:r>
              <w:rPr>
                <w:rFonts w:ascii="Arial" w:hAnsi="Arial"/>
                <w:b w:val="0"/>
                <w:color w:val="202124"/>
                <w:sz w:val="18"/>
              </w:rPr>
              <w:t>Referral và đối tác</w:t>
            </w:r>
          </w:p>
        </w:tc>
      </w:tr>
      <w:tr>
        <w:tc>
          <w:tcPr>
            <w:tcW w:type="dxa" w:w="2541"/>
            <w:shd w:fill="FFFFFF"/>
            <w:vAlign w:val="center"/>
            <w:tcMar>
              <w:top w:w="90" w:type="dxa"/>
              <w:start w:w="110" w:type="dxa"/>
              <w:bottom w:w="90" w:type="dxa"/>
              <w:end w:w="110" w:type="dxa"/>
            </w:tcMar>
          </w:tcPr>
          <w:p>
            <w:pPr>
              <w:jc w:val="center"/>
            </w:pPr>
            <w:r/>
            <w:r>
              <w:rPr>
                <w:rFonts w:ascii="Arial" w:hAnsi="Arial"/>
                <w:b/>
                <w:color w:val="202124"/>
                <w:sz w:val="18"/>
              </w:rPr>
              <w:t>9</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0:15</w:t>
            </w:r>
          </w:p>
        </w:tc>
        <w:tc>
          <w:tcPr>
            <w:tcW w:type="dxa" w:w="2541"/>
            <w:shd w:fill="FFFFFF"/>
            <w:vAlign w:val="center"/>
            <w:tcMar>
              <w:top w:w="90" w:type="dxa"/>
              <w:start w:w="110" w:type="dxa"/>
              <w:bottom w:w="90" w:type="dxa"/>
              <w:end w:w="110" w:type="dxa"/>
            </w:tcMar>
          </w:tcPr>
          <w:p>
            <w:pPr>
              <w:jc w:val="center"/>
            </w:pPr>
            <w:r/>
            <w:r>
              <w:rPr>
                <w:rFonts w:ascii="Arial" w:hAnsi="Arial"/>
                <w:b w:val="0"/>
                <w:color w:val="202124"/>
                <w:sz w:val="18"/>
              </w:rPr>
              <w:t>7:55</w:t>
            </w:r>
          </w:p>
        </w:tc>
        <w:tc>
          <w:tcPr>
            <w:tcW w:type="dxa" w:w="2541"/>
            <w:shd w:fill="FFFFFF"/>
            <w:vAlign w:val="center"/>
            <w:tcMar>
              <w:top w:w="90" w:type="dxa"/>
              <w:start w:w="110" w:type="dxa"/>
              <w:bottom w:w="90" w:type="dxa"/>
              <w:end w:w="110" w:type="dxa"/>
            </w:tcMar>
          </w:tcPr>
          <w:p>
            <w:r/>
            <w:r>
              <w:rPr>
                <w:rFonts w:ascii="Arial" w:hAnsi="Arial"/>
                <w:b w:val="0"/>
                <w:color w:val="202124"/>
                <w:sz w:val="18"/>
              </w:rPr>
              <w:t>Câu nhớ</w:t>
            </w:r>
          </w:p>
        </w:tc>
      </w:tr>
    </w:tbl>
    <w:p>
      <w:pPr>
        <w:pStyle w:val="Heading1"/>
      </w:pPr>
      <w:r>
        <w:t>5. Danh sách tài nguyên trợ lý cần nhận</w:t>
      </w:r>
    </w:p>
    <w:p>
      <w:pPr>
        <w:pStyle w:val="ListBullet"/>
        <w:spacing w:after="60"/>
      </w:pPr>
      <w:r>
        <w:rPr>
          <w:rFonts w:ascii="Arial" w:hAnsi="Arial"/>
          <w:sz w:val="19"/>
        </w:rPr>
        <w:t>Ảnh chân dung Vũ Thị Doan bản gốc, ưu tiên ảnh dọc có khoảng trống một bên.</w:t>
      </w:r>
    </w:p>
    <w:p>
      <w:pPr>
        <w:pStyle w:val="ListBullet"/>
        <w:spacing w:after="60"/>
      </w:pPr>
      <w:r>
        <w:rPr>
          <w:rFonts w:ascii="Arial" w:hAnsi="Arial"/>
          <w:sz w:val="19"/>
        </w:rPr>
        <w:t>Ảnh chụp Bản đồ Thần số học thật, rõ chữ và không chứa dữ liệu khách hàng nhạy cảm.</w:t>
      </w:r>
    </w:p>
    <w:p>
      <w:pPr>
        <w:pStyle w:val="ListBullet"/>
        <w:spacing w:after="60"/>
      </w:pPr>
      <w:r>
        <w:rPr>
          <w:rFonts w:ascii="Arial" w:hAnsi="Arial"/>
          <w:sz w:val="19"/>
        </w:rPr>
        <w:t>Ảnh lịch đào tạo 2026–2027 bản gốc để đối chiếu tên chương trình và ngày tháng.</w:t>
      </w:r>
    </w:p>
    <w:p>
      <w:pPr>
        <w:pStyle w:val="ListBullet"/>
        <w:spacing w:after="60"/>
      </w:pPr>
      <w:r>
        <w:rPr>
          <w:rFonts w:ascii="Arial" w:hAnsi="Arial"/>
          <w:sz w:val="19"/>
        </w:rPr>
        <w:t>Ảnh Vũ Thị Doan coaching, đứng lớp hoặc làm việc cùng doanh nghiệp/đội ngũ.</w:t>
      </w:r>
    </w:p>
    <w:p>
      <w:pPr>
        <w:pStyle w:val="ListBullet"/>
        <w:spacing w:after="60"/>
      </w:pPr>
      <w:r>
        <w:rPr>
          <w:rFonts w:ascii="Arial" w:hAnsi="Arial"/>
          <w:sz w:val="19"/>
        </w:rPr>
        <w:t>Logo công ty, logo BNI và thông tin liên hệ/QR chính thức nếu muốn đưa lên Slide 8.</w:t>
      </w:r>
    </w:p>
    <w:p>
      <w:pPr>
        <w:pStyle w:val="ListBullet"/>
        <w:spacing w:after="60"/>
      </w:pPr>
      <w:r>
        <w:rPr>
          <w:rFonts w:ascii="Arial" w:hAnsi="Arial"/>
          <w:sz w:val="19"/>
        </w:rPr>
        <w:t>Bộ nhận diện màu đỏ chính thức của doanh nghiệp nếu đã có mã màu riêng.</w:t>
      </w:r>
    </w:p>
    <w:p>
      <w:pPr>
        <w:pStyle w:val="Heading1"/>
      </w:pPr>
      <w:r>
        <w:t>6. Quy tắc đặt tên và bàn giao file</w:t>
      </w:r>
    </w:p>
    <w:tbl>
      <w:tblPr>
        <w:tblW w:type="auto" w:w="0"/>
        <w:jc w:val="center"/>
        <w:tblLayout w:type="fixed"/>
        <w:tblLook w:firstColumn="1" w:firstRow="1" w:lastColumn="0" w:lastRow="0" w:noHBand="0" w:noVBand="1" w:val="04A0"/>
      </w:tblPr>
      <w:tblGrid>
        <w:gridCol w:w="5083"/>
        <w:gridCol w:w="5083"/>
      </w:tblGrid>
      <w:tr>
        <w:tc>
          <w:tcPr>
            <w:tcW w:type="dxa" w:w="5083"/>
            <w:shd w:fill="FBEAEC"/>
            <w:vAlign w:val="center"/>
            <w:tcMar>
              <w:top w:w="90" w:type="dxa"/>
              <w:start w:w="110" w:type="dxa"/>
              <w:bottom w:w="90" w:type="dxa"/>
              <w:end w:w="110" w:type="dxa"/>
            </w:tcMar>
          </w:tcPr>
          <w:p>
            <w:r/>
            <w:r>
              <w:rPr>
                <w:rFonts w:ascii="Arial" w:hAnsi="Arial"/>
                <w:b/>
                <w:color w:val="C8102E"/>
                <w:sz w:val="18"/>
              </w:rPr>
              <w:t>FILE POWERPOINT</w:t>
            </w:r>
          </w:p>
        </w:tc>
        <w:tc>
          <w:tcPr>
            <w:tcW w:type="dxa" w:w="5083"/>
            <w:shd w:fill="FFFFFF"/>
            <w:vAlign w:val="center"/>
            <w:tcMar>
              <w:top w:w="90" w:type="dxa"/>
              <w:start w:w="110" w:type="dxa"/>
              <w:bottom w:w="90" w:type="dxa"/>
              <w:end w:w="110" w:type="dxa"/>
            </w:tcMar>
          </w:tcPr>
          <w:p>
            <w:r/>
            <w:r>
              <w:rPr>
                <w:rFonts w:ascii="Arial" w:hAnsi="Arial"/>
                <w:b w:val="0"/>
                <w:color w:val="202124"/>
                <w:sz w:val="18"/>
              </w:rPr>
              <w:t>Vu-Thi-Doan_BNI-Member-Presentation_8-phut_v01.pptx</w:t>
            </w:r>
          </w:p>
        </w:tc>
      </w:tr>
      <w:tr>
        <w:tc>
          <w:tcPr>
            <w:tcW w:type="dxa" w:w="5083"/>
            <w:shd w:fill="FBEAEC"/>
            <w:vAlign w:val="center"/>
            <w:tcMar>
              <w:top w:w="90" w:type="dxa"/>
              <w:start w:w="110" w:type="dxa"/>
              <w:bottom w:w="90" w:type="dxa"/>
              <w:end w:w="110" w:type="dxa"/>
            </w:tcMar>
          </w:tcPr>
          <w:p>
            <w:r/>
            <w:r>
              <w:rPr>
                <w:rFonts w:ascii="Arial" w:hAnsi="Arial"/>
                <w:b/>
                <w:color w:val="C8102E"/>
                <w:sz w:val="18"/>
              </w:rPr>
              <w:t>THƯ MỤC ẢNH</w:t>
            </w:r>
          </w:p>
        </w:tc>
        <w:tc>
          <w:tcPr>
            <w:tcW w:type="dxa" w:w="5083"/>
            <w:shd w:fill="FFFFFF"/>
            <w:vAlign w:val="center"/>
            <w:tcMar>
              <w:top w:w="90" w:type="dxa"/>
              <w:start w:w="110" w:type="dxa"/>
              <w:bottom w:w="90" w:type="dxa"/>
              <w:end w:w="110" w:type="dxa"/>
            </w:tcMar>
          </w:tcPr>
          <w:p>
            <w:r/>
            <w:r>
              <w:rPr>
                <w:rFonts w:ascii="Arial" w:hAnsi="Arial"/>
                <w:b w:val="0"/>
                <w:color w:val="202124"/>
                <w:sz w:val="18"/>
              </w:rPr>
              <w:t>01_Anh-goc | 02_Anh-da-xu-ly | 03_Logo-QR</w:t>
            </w:r>
          </w:p>
        </w:tc>
      </w:tr>
      <w:tr>
        <w:tc>
          <w:tcPr>
            <w:tcW w:type="dxa" w:w="5083"/>
            <w:shd w:fill="FBEAEC"/>
            <w:vAlign w:val="center"/>
            <w:tcMar>
              <w:top w:w="90" w:type="dxa"/>
              <w:start w:w="110" w:type="dxa"/>
              <w:bottom w:w="90" w:type="dxa"/>
              <w:end w:w="110" w:type="dxa"/>
            </w:tcMar>
          </w:tcPr>
          <w:p>
            <w:r/>
            <w:r>
              <w:rPr>
                <w:rFonts w:ascii="Arial" w:hAnsi="Arial"/>
                <w:b/>
                <w:color w:val="C8102E"/>
                <w:sz w:val="18"/>
              </w:rPr>
              <w:t>BẢN DUYỆT</w:t>
            </w:r>
          </w:p>
        </w:tc>
        <w:tc>
          <w:tcPr>
            <w:tcW w:type="dxa" w:w="5083"/>
            <w:shd w:fill="FFFFFF"/>
            <w:vAlign w:val="center"/>
            <w:tcMar>
              <w:top w:w="90" w:type="dxa"/>
              <w:start w:w="110" w:type="dxa"/>
              <w:bottom w:w="90" w:type="dxa"/>
              <w:end w:w="110" w:type="dxa"/>
            </w:tcMar>
          </w:tcPr>
          <w:p>
            <w:r/>
            <w:r>
              <w:rPr>
                <w:rFonts w:ascii="Arial" w:hAnsi="Arial"/>
                <w:b w:val="0"/>
                <w:color w:val="202124"/>
                <w:sz w:val="18"/>
              </w:rPr>
              <w:t>Xuất PDF để kiểm tra font, vỡ ảnh và bố cục trước khi chốt.</w:t>
            </w:r>
          </w:p>
        </w:tc>
      </w:tr>
      <w:tr>
        <w:tc>
          <w:tcPr>
            <w:tcW w:type="dxa" w:w="5083"/>
            <w:shd w:fill="FBEAEC"/>
            <w:vAlign w:val="center"/>
            <w:tcMar>
              <w:top w:w="90" w:type="dxa"/>
              <w:start w:w="110" w:type="dxa"/>
              <w:bottom w:w="90" w:type="dxa"/>
              <w:end w:w="110" w:type="dxa"/>
            </w:tcMar>
          </w:tcPr>
          <w:p>
            <w:r/>
            <w:r>
              <w:rPr>
                <w:rFonts w:ascii="Arial" w:hAnsi="Arial"/>
                <w:b/>
                <w:color w:val="C8102E"/>
                <w:sz w:val="18"/>
              </w:rPr>
              <w:t>BẢN TRÌNH CHIẾU</w:t>
            </w:r>
          </w:p>
        </w:tc>
        <w:tc>
          <w:tcPr>
            <w:tcW w:type="dxa" w:w="5083"/>
            <w:shd w:fill="FFFFFF"/>
            <w:vAlign w:val="center"/>
            <w:tcMar>
              <w:top w:w="90" w:type="dxa"/>
              <w:start w:w="110" w:type="dxa"/>
              <w:bottom w:w="90" w:type="dxa"/>
              <w:end w:w="110" w:type="dxa"/>
            </w:tcMar>
          </w:tcPr>
          <w:p>
            <w:r/>
            <w:r>
              <w:rPr>
                <w:rFonts w:ascii="Arial" w:hAnsi="Arial"/>
                <w:b w:val="0"/>
                <w:color w:val="202124"/>
                <w:sz w:val="18"/>
              </w:rPr>
              <w:t>Nhúng font nếu có thể; kiểm thử trên máy trình chiếu; có thêm bản PDF dự phòng.</w:t>
            </w:r>
          </w:p>
        </w:tc>
      </w:tr>
      <w:tr>
        <w:tc>
          <w:tcPr>
            <w:tcW w:type="dxa" w:w="5083"/>
            <w:shd w:fill="FBEAEC"/>
            <w:vAlign w:val="center"/>
            <w:tcMar>
              <w:top w:w="90" w:type="dxa"/>
              <w:start w:w="110" w:type="dxa"/>
              <w:bottom w:w="90" w:type="dxa"/>
              <w:end w:w="110" w:type="dxa"/>
            </w:tcMar>
          </w:tcPr>
          <w:p>
            <w:r/>
            <w:r>
              <w:rPr>
                <w:rFonts w:ascii="Arial" w:hAnsi="Arial"/>
                <w:b/>
                <w:color w:val="C8102E"/>
                <w:sz w:val="18"/>
              </w:rPr>
              <w:t>PHIÊN BẢN</w:t>
            </w:r>
          </w:p>
        </w:tc>
        <w:tc>
          <w:tcPr>
            <w:tcW w:type="dxa" w:w="5083"/>
            <w:shd w:fill="FFFFFF"/>
            <w:vAlign w:val="center"/>
            <w:tcMar>
              <w:top w:w="90" w:type="dxa"/>
              <w:start w:w="110" w:type="dxa"/>
              <w:bottom w:w="90" w:type="dxa"/>
              <w:end w:w="110" w:type="dxa"/>
            </w:tcMar>
          </w:tcPr>
          <w:p>
            <w:r/>
            <w:r>
              <w:rPr>
                <w:rFonts w:ascii="Arial" w:hAnsi="Arial"/>
                <w:b w:val="0"/>
                <w:color w:val="202124"/>
                <w:sz w:val="18"/>
              </w:rPr>
              <w:t>Mỗi vòng sửa tăng v01, v02… Không ghi “final_final”.</w:t>
            </w:r>
          </w:p>
        </w:tc>
      </w:tr>
    </w:tbl>
    <w:p>
      <w:pPr>
        <w:spacing w:after="0"/>
      </w:pPr>
    </w:p>
    <w:p>
      <w:r>
        <w:br w:type="page"/>
      </w:r>
    </w:p>
    <w:p>
      <w:pPr>
        <w:pStyle w:val="Heading1"/>
      </w:pPr>
      <w:r>
        <w:t>7. Checklist nghiệm thu trước khi gửi Sếp</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3389"/>
            <w:shd w:fill="C8102E"/>
            <w:vAlign w:val="center"/>
            <w:tcMar>
              <w:top w:w="90" w:type="dxa"/>
              <w:start w:w="110" w:type="dxa"/>
              <w:bottom w:w="90" w:type="dxa"/>
              <w:end w:w="110" w:type="dxa"/>
            </w:tcMar>
          </w:tcPr>
          <w:p>
            <w:pPr>
              <w:jc w:val="center"/>
            </w:pPr>
            <w:r/>
            <w:r>
              <w:rPr>
                <w:rFonts w:ascii="Arial" w:hAnsi="Arial"/>
                <w:b/>
                <w:color w:val="FFFFFF"/>
                <w:sz w:val="18"/>
              </w:rPr>
              <w:t>✓</w:t>
            </w:r>
          </w:p>
        </w:tc>
        <w:tc>
          <w:tcPr>
            <w:tcW w:type="dxa" w:w="3389"/>
            <w:shd w:fill="C8102E"/>
            <w:vAlign w:val="center"/>
            <w:tcMar>
              <w:top w:w="90" w:type="dxa"/>
              <w:start w:w="110" w:type="dxa"/>
              <w:bottom w:w="90" w:type="dxa"/>
              <w:end w:w="110" w:type="dxa"/>
            </w:tcMar>
          </w:tcPr>
          <w:p>
            <w:pPr>
              <w:jc w:val="center"/>
            </w:pPr>
            <w:r/>
            <w:r>
              <w:rPr>
                <w:rFonts w:ascii="Arial" w:hAnsi="Arial"/>
                <w:b/>
                <w:color w:val="FFFFFF"/>
                <w:sz w:val="18"/>
              </w:rPr>
              <w:t>HẠNG MỤC</w:t>
            </w:r>
          </w:p>
        </w:tc>
        <w:tc>
          <w:tcPr>
            <w:tcW w:type="dxa" w:w="3389"/>
            <w:shd w:fill="C8102E"/>
            <w:vAlign w:val="center"/>
            <w:tcMar>
              <w:top w:w="90" w:type="dxa"/>
              <w:start w:w="110" w:type="dxa"/>
              <w:bottom w:w="90" w:type="dxa"/>
              <w:end w:w="110" w:type="dxa"/>
            </w:tcMar>
          </w:tcPr>
          <w:p>
            <w:pPr>
              <w:jc w:val="center"/>
            </w:pPr>
            <w:r/>
            <w:r>
              <w:rPr>
                <w:rFonts w:ascii="Arial" w:hAnsi="Arial"/>
                <w:b/>
                <w:color w:val="FFFFFF"/>
                <w:sz w:val="18"/>
              </w:rPr>
              <w:t>TIÊU CHÍ DUYỆT</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NỘI DUNG</w:t>
            </w:r>
          </w:p>
        </w:tc>
        <w:tc>
          <w:tcPr>
            <w:tcW w:type="dxa" w:w="3389"/>
            <w:shd w:fill="FFFFFF"/>
            <w:vAlign w:val="center"/>
            <w:tcMar>
              <w:top w:w="90" w:type="dxa"/>
              <w:start w:w="110" w:type="dxa"/>
              <w:bottom w:w="90" w:type="dxa"/>
              <w:end w:w="110" w:type="dxa"/>
            </w:tcMar>
          </w:tcPr>
          <w:p>
            <w:r/>
            <w:r>
              <w:rPr>
                <w:rFonts w:ascii="Arial" w:hAnsi="Arial"/>
                <w:b w:val="0"/>
                <w:color w:val="202124"/>
                <w:sz w:val="17"/>
              </w:rPr>
              <w:t>Đúng logic 1–6–1; không làm Bản đồ thành công cụ quyết định số phận; Slide 8 chỉ rõ referral và đối tác.</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THÔNG TIN</w:t>
            </w:r>
          </w:p>
        </w:tc>
        <w:tc>
          <w:tcPr>
            <w:tcW w:type="dxa" w:w="3389"/>
            <w:shd w:fill="FFFFFF"/>
            <w:vAlign w:val="center"/>
            <w:tcMar>
              <w:top w:w="90" w:type="dxa"/>
              <w:start w:w="110" w:type="dxa"/>
              <w:bottom w:w="90" w:type="dxa"/>
              <w:end w:w="110" w:type="dxa"/>
            </w:tcMar>
          </w:tcPr>
          <w:p>
            <w:r/>
            <w:r>
              <w:rPr>
                <w:rFonts w:ascii="Arial" w:hAnsi="Arial"/>
                <w:b w:val="0"/>
                <w:color w:val="202124"/>
                <w:sz w:val="17"/>
              </w:rPr>
              <w:t>Tên, chức danh, 5 năm kinh nghiệm, tên khóa học và lịch đào tạo đã đối chiếu nguồn gốc.</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THIẾT KẾ</w:t>
            </w:r>
          </w:p>
        </w:tc>
        <w:tc>
          <w:tcPr>
            <w:tcW w:type="dxa" w:w="3389"/>
            <w:shd w:fill="FFFFFF"/>
            <w:vAlign w:val="center"/>
            <w:tcMar>
              <w:top w:w="90" w:type="dxa"/>
              <w:start w:w="110" w:type="dxa"/>
              <w:bottom w:w="90" w:type="dxa"/>
              <w:end w:w="110" w:type="dxa"/>
            </w:tcMar>
          </w:tcPr>
          <w:p>
            <w:r/>
            <w:r>
              <w:rPr>
                <w:rFonts w:ascii="Arial" w:hAnsi="Arial"/>
                <w:b w:val="0"/>
                <w:color w:val="202124"/>
                <w:sz w:val="17"/>
              </w:rPr>
              <w:t>Arial xuyên suốt; màu đỏ–trắng–đen/xám; mỗi slide một thông điệp; không có phong cách huyền bí.</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KHẢ NĂNG ĐỌC</w:t>
            </w:r>
          </w:p>
        </w:tc>
        <w:tc>
          <w:tcPr>
            <w:tcW w:type="dxa" w:w="3389"/>
            <w:shd w:fill="FFFFFF"/>
            <w:vAlign w:val="center"/>
            <w:tcMar>
              <w:top w:w="90" w:type="dxa"/>
              <w:start w:w="110" w:type="dxa"/>
              <w:bottom w:w="90" w:type="dxa"/>
              <w:end w:w="110" w:type="dxa"/>
            </w:tcMar>
          </w:tcPr>
          <w:p>
            <w:r/>
            <w:r>
              <w:rPr>
                <w:rFonts w:ascii="Arial" w:hAnsi="Arial"/>
                <w:b w:val="0"/>
                <w:color w:val="202124"/>
                <w:sz w:val="17"/>
              </w:rPr>
              <w:t>Tiêu đề đọc được từ cuối phòng; chữ thân bài không quá nhỏ; độ tương phản tốt.</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HÌNH ẢNH</w:t>
            </w:r>
          </w:p>
        </w:tc>
        <w:tc>
          <w:tcPr>
            <w:tcW w:type="dxa" w:w="3389"/>
            <w:shd w:fill="FFFFFF"/>
            <w:vAlign w:val="center"/>
            <w:tcMar>
              <w:top w:w="90" w:type="dxa"/>
              <w:start w:w="110" w:type="dxa"/>
              <w:bottom w:w="90" w:type="dxa"/>
              <w:end w:w="110" w:type="dxa"/>
            </w:tcMar>
          </w:tcPr>
          <w:p>
            <w:r/>
            <w:r>
              <w:rPr>
                <w:rFonts w:ascii="Arial" w:hAnsi="Arial"/>
                <w:b w:val="0"/>
                <w:color w:val="202124"/>
                <w:sz w:val="17"/>
              </w:rPr>
              <w:t>Ảnh nét, không méo, không watermark, không lộ dữ liệu khách hàng; ưu tiên ảnh thật.</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HIỆU ỨNG</w:t>
            </w:r>
          </w:p>
        </w:tc>
        <w:tc>
          <w:tcPr>
            <w:tcW w:type="dxa" w:w="3389"/>
            <w:shd w:fill="FFFFFF"/>
            <w:vAlign w:val="center"/>
            <w:tcMar>
              <w:top w:w="90" w:type="dxa"/>
              <w:start w:w="110" w:type="dxa"/>
              <w:bottom w:w="90" w:type="dxa"/>
              <w:end w:w="110" w:type="dxa"/>
            </w:tcMar>
          </w:tcPr>
          <w:p>
            <w:r/>
            <w:r>
              <w:rPr>
                <w:rFonts w:ascii="Arial" w:hAnsi="Arial"/>
                <w:b w:val="0"/>
                <w:color w:val="202124"/>
                <w:sz w:val="17"/>
              </w:rPr>
              <w:t>Chỉ dùng Fade/Appear nhẹ; không khiến người nói phải chờ hiệu ứng.</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THỜI GIAN</w:t>
            </w:r>
          </w:p>
        </w:tc>
        <w:tc>
          <w:tcPr>
            <w:tcW w:type="dxa" w:w="3389"/>
            <w:shd w:fill="FFFFFF"/>
            <w:vAlign w:val="center"/>
            <w:tcMar>
              <w:top w:w="90" w:type="dxa"/>
              <w:start w:w="110" w:type="dxa"/>
              <w:bottom w:w="90" w:type="dxa"/>
              <w:end w:w="110" w:type="dxa"/>
            </w:tcMar>
          </w:tcPr>
          <w:p>
            <w:r/>
            <w:r>
              <w:rPr>
                <w:rFonts w:ascii="Arial" w:hAnsi="Arial"/>
                <w:b w:val="0"/>
                <w:color w:val="202124"/>
                <w:sz w:val="17"/>
              </w:rPr>
              <w:t>Đã rehearsal ít nhất 3 lần; bản ổn định nằm trong 7:45–8:00.</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KỸ THUẬT</w:t>
            </w:r>
          </w:p>
        </w:tc>
        <w:tc>
          <w:tcPr>
            <w:tcW w:type="dxa" w:w="3389"/>
            <w:shd w:fill="FFFFFF"/>
            <w:vAlign w:val="center"/>
            <w:tcMar>
              <w:top w:w="90" w:type="dxa"/>
              <w:start w:w="110" w:type="dxa"/>
              <w:bottom w:w="90" w:type="dxa"/>
              <w:end w:w="110" w:type="dxa"/>
            </w:tcMar>
          </w:tcPr>
          <w:p>
            <w:r/>
            <w:r>
              <w:rPr>
                <w:rFonts w:ascii="Arial" w:hAnsi="Arial"/>
                <w:b w:val="0"/>
                <w:color w:val="202124"/>
                <w:sz w:val="17"/>
              </w:rPr>
              <w:t>Tỷ lệ 16:9; video/ảnh/QR hoạt động; đã mở thử trên máy khác; có PDF dự phòng.</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KÊU GỌI</w:t>
            </w:r>
          </w:p>
        </w:tc>
        <w:tc>
          <w:tcPr>
            <w:tcW w:type="dxa" w:w="3389"/>
            <w:shd w:fill="FFFFFF"/>
            <w:vAlign w:val="center"/>
            <w:tcMar>
              <w:top w:w="90" w:type="dxa"/>
              <w:start w:w="110" w:type="dxa"/>
              <w:bottom w:w="90" w:type="dxa"/>
              <w:end w:w="110" w:type="dxa"/>
            </w:tcMar>
          </w:tcPr>
          <w:p>
            <w:r/>
            <w:r>
              <w:rPr>
                <w:rFonts w:ascii="Arial" w:hAnsi="Arial"/>
                <w:b w:val="0"/>
                <w:color w:val="202124"/>
                <w:sz w:val="17"/>
              </w:rPr>
              <w:t>CTA “Cùng tệp khách hàng? Hẹn tôi 1-2-1.” đủ lớn và hiện tối thiểu 8–10 giây.</w:t>
            </w:r>
          </w:p>
        </w:tc>
      </w:tr>
      <w:tr>
        <w:tc>
          <w:tcPr>
            <w:tcW w:type="dxa" w:w="3389"/>
            <w:shd w:fill="FFFFFF"/>
            <w:vAlign w:val="center"/>
            <w:tcMar>
              <w:top w:w="90" w:type="dxa"/>
              <w:start w:w="110" w:type="dxa"/>
              <w:bottom w:w="90" w:type="dxa"/>
              <w:end w:w="110" w:type="dxa"/>
            </w:tcMar>
          </w:tcPr>
          <w:p>
            <w:pPr>
              <w:jc w:val="center"/>
            </w:pPr>
            <w:r/>
            <w:r>
              <w:rPr>
                <w:rFonts w:ascii="Arial" w:hAnsi="Arial"/>
                <w:b w:val="0"/>
                <w:color w:val="202124"/>
                <w:sz w:val="26"/>
              </w:rPr>
              <w:t>☐</w:t>
            </w:r>
          </w:p>
        </w:tc>
        <w:tc>
          <w:tcPr>
            <w:tcW w:type="dxa" w:w="3389"/>
            <w:shd w:fill="FBEAEC"/>
            <w:vAlign w:val="center"/>
            <w:tcMar>
              <w:top w:w="90" w:type="dxa"/>
              <w:start w:w="110" w:type="dxa"/>
              <w:bottom w:w="90" w:type="dxa"/>
              <w:end w:w="110" w:type="dxa"/>
            </w:tcMar>
          </w:tcPr>
          <w:p>
            <w:r/>
            <w:r>
              <w:rPr>
                <w:rFonts w:ascii="Arial" w:hAnsi="Arial"/>
                <w:b/>
                <w:color w:val="C8102E"/>
                <w:sz w:val="17"/>
              </w:rPr>
              <w:t>CÂU NHỚ</w:t>
            </w:r>
          </w:p>
        </w:tc>
        <w:tc>
          <w:tcPr>
            <w:tcW w:type="dxa" w:w="3389"/>
            <w:shd w:fill="FFFFFF"/>
            <w:vAlign w:val="center"/>
            <w:tcMar>
              <w:top w:w="90" w:type="dxa"/>
              <w:start w:w="110" w:type="dxa"/>
              <w:bottom w:w="90" w:type="dxa"/>
              <w:end w:w="110" w:type="dxa"/>
            </w:tcMar>
          </w:tcPr>
          <w:p>
            <w:r/>
            <w:r>
              <w:rPr>
                <w:rFonts w:ascii="Arial" w:hAnsi="Arial"/>
                <w:b w:val="0"/>
                <w:color w:val="202124"/>
                <w:sz w:val="17"/>
              </w:rPr>
              <w:t>Người xem có thể nhắc lại: Vũ Thị Doan, phát triển con người, Bản đồ là điểm bắt đầu, doanh nghiệp hạnh phúc.</w:t>
            </w:r>
          </w:p>
        </w:tc>
      </w:tr>
    </w:tbl>
    <w:p>
      <w:pPr>
        <w:pStyle w:val="Heading1"/>
      </w:pPr>
      <w:r>
        <w:t>8. Ba câu hỏi duyệt nhanh</w:t>
      </w:r>
    </w:p>
    <w:p>
      <w:pPr>
        <w:pStyle w:val="QuoteRed"/>
      </w:pPr>
      <w:r>
        <w:t>□  Sau 8 phút, người nghe có nhớ Vũ Thị Doan làm gì không?</w:t>
      </w:r>
    </w:p>
    <w:p>
      <w:pPr>
        <w:pStyle w:val="QuoteRed"/>
      </w:pPr>
      <w:r>
        <w:t>□  Người nghe có hiểu Bản đồ là điểm khởi đầu, không phải lời phán quyết không?</w:t>
      </w:r>
    </w:p>
    <w:p>
      <w:pPr>
        <w:pStyle w:val="QuoteRed"/>
      </w:pPr>
      <w:r>
        <w:t>□  Ngày mai, thành viên BNI có gọi tên được một referral hoặc đối tác cụ thể cho Doan không?</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368"/>
        <w:sz w:val="16"/>
      </w:rPr>
      <w:t>THẤU MÌNH  •  HIỂU NGƯỜI  •  PHÁT TRIỂN DOANH NGHIỆP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F6368"/>
        <w:sz w:val="16"/>
      </w:rPr>
      <w:t>VŨ THỊ DOAN  |  MEMBER PRESENTATION BNI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Arial" w:hAnsi="Arial"/>
      <w:b/>
      <w:bCs/>
      <w:color w:val="C8102E"/>
      <w:sz w:val="38"/>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202124"/>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Arial" w:hAnsi="Arial"/>
      <w:b/>
      <w:bCs/>
      <w:color w:val="C8102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60"/>
      <w:contextualSpacing/>
    </w:pPr>
    <w:rPr>
      <w:rFonts w:asciiTheme="majorHAnsi" w:eastAsiaTheme="majorEastAsia" w:hAnsiTheme="majorHAnsi" w:cstheme="majorBidi" w:ascii="Arial" w:hAnsi="Arial"/>
      <w:b/>
      <w:color w:val="C8102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eRed">
    <w:name w:val="Quote Red"/>
    <w:pPr>
      <w:spacing w:before="120" w:after="140"/>
      <w:ind w:left="360" w:right="288"/>
    </w:pPr>
    <w:rPr>
      <w:rFonts w:ascii="Arial" w:hAnsi="Arial"/>
      <w:b/>
      <w:color w:val="C8102E"/>
      <w:sz w:val="24"/>
    </w:rPr>
  </w:style>
  <w:style w:type="paragraph" w:customStyle="1" w:styleId="SmallNote">
    <w:name w:val="Small Note"/>
    <w:rPr>
      <w:rFonts w:ascii="Arial" w:hAnsi="Arial"/>
      <w:color w:val="5F6368"/>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thiết kế Slide Member Presentation BNI 8 phút – Vũ Thị Doan</dc:title>
  <dc:subject>Bộ bàn giao sản xuất slide theo công thức 1–6–1</dc:subject>
  <dc:creator>Vũ Thị Doan</dc:creator>
  <cp:keywords/>
  <dc:description>generated by python-docx</dc:description>
  <cp:lastModifiedBy/>
  <cp:revision>1</cp:revision>
  <dcterms:created xsi:type="dcterms:W3CDTF">2013-12-23T23:15:00Z</dcterms:created>
  <dcterms:modified xsi:type="dcterms:W3CDTF">2013-12-23T23:15:00Z</dcterms:modified>
  <cp:category/>
</cp:coreProperties>
</file>